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5AED88BF" w:rsidP="737A404E" w:rsidRDefault="5AED88BF" w14:paraId="23FB835F" w14:textId="7525D92B">
      <w:pPr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FD8959" wp14:editId="15AC0F8C">
            <wp:simplePos x="0" y="0"/>
            <wp:positionH relativeFrom="column">
              <wp:posOffset>2315490</wp:posOffset>
            </wp:positionH>
            <wp:positionV relativeFrom="paragraph">
              <wp:posOffset>-229043</wp:posOffset>
            </wp:positionV>
            <wp:extent cx="1828800" cy="732056"/>
            <wp:effectExtent l="0" t="0" r="0" b="5080"/>
            <wp:wrapNone/>
            <wp:docPr id="5797165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71653" name="Picture 5797165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320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9214A79">
        <w:t>Date Completed: ____________</w:t>
      </w:r>
    </w:p>
    <w:p w:rsidRPr="005A2D5F" w:rsidR="737A404E" w:rsidP="005A2D5F" w:rsidRDefault="737A404E" w14:paraId="72A3FBCF" w14:textId="67D322EC">
      <w:pPr>
        <w:pStyle w:val="Subtitle"/>
        <w:jc w:val="left"/>
        <w:rPr>
          <w:sz w:val="13"/>
          <w:szCs w:val="13"/>
        </w:rPr>
      </w:pPr>
    </w:p>
    <w:p w:rsidRPr="00870A45" w:rsidR="00DC63B5" w:rsidRDefault="00000000" w14:paraId="00411880" w14:textId="77777777">
      <w:pPr>
        <w:pStyle w:val="Subtitle"/>
        <w:rPr>
          <w:sz w:val="28"/>
          <w:szCs w:val="28"/>
        </w:rPr>
      </w:pPr>
      <w:r w:rsidRPr="00870A45">
        <w:rPr>
          <w:sz w:val="28"/>
          <w:szCs w:val="28"/>
        </w:rPr>
        <w:t>Family Support Scholarship Application</w:t>
      </w:r>
    </w:p>
    <w:p w:rsidR="00DC63B5" w:rsidP="00212A96" w:rsidRDefault="00000000" w14:paraId="5C5590D5" w14:textId="77777777">
      <w:pPr>
        <w:spacing w:after="120"/>
        <w:ind w:left="180"/>
      </w:pPr>
      <w:r w:rsidRPr="5AED88BF">
        <w:rPr>
          <w:i/>
          <w:iCs/>
        </w:rPr>
        <w:t>Use this application to request one or more ACA family support scholarships. Complete the shared sections and only the program sections for the assistance requested.</w:t>
      </w:r>
    </w:p>
    <w:tbl>
      <w:tblPr>
        <w:tblW w:w="10041" w:type="dxa"/>
        <w:jc w:val="center"/>
        <w:tblLayout w:type="fixed"/>
        <w:tblLook w:val="04A0" w:firstRow="1" w:lastRow="0" w:firstColumn="1" w:lastColumn="0" w:noHBand="0" w:noVBand="1"/>
      </w:tblPr>
      <w:tblGrid>
        <w:gridCol w:w="10041"/>
      </w:tblGrid>
      <w:tr w:rsidR="00DC63B5" w:rsidTr="006C41F4" w14:paraId="65B3BA54" w14:textId="77777777">
        <w:trPr>
          <w:jc w:val="center"/>
        </w:trPr>
        <w:tc>
          <w:tcPr>
            <w:tcW w:w="10041" w:type="dxa"/>
            <w:shd w:val="clear" w:color="auto" w:fill="17365D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DC63B5" w:rsidRDefault="00000000" w14:paraId="44EA25AA" w14:textId="77777777">
            <w:pPr>
              <w:spacing w:after="0"/>
            </w:pPr>
            <w:r>
              <w:rPr>
                <w:b/>
                <w:color w:val="FFFFFF"/>
              </w:rPr>
              <w:t>APPLICATION INFORMATION</w:t>
            </w:r>
          </w:p>
        </w:tc>
      </w:tr>
    </w:tbl>
    <w:p w:rsidR="00DC63B5" w:rsidP="006C41F4" w:rsidRDefault="00000000" w14:paraId="0F9732FC" w14:textId="2FD5221B">
      <w:pPr>
        <w:spacing w:before="120" w:after="120"/>
        <w:ind w:left="180"/>
      </w:pPr>
      <w:r>
        <w:t xml:space="preserve">Scholarships are awarded based on need and without regard to race, color, religion, sex, or age. </w:t>
      </w:r>
      <w:r>
        <w:br/>
      </w:r>
      <w:r>
        <w:t>Each recipient must have a caregiver. Applications are kept on file for one year. Submission does not guarantee assistance. Please answer every question that applies to your request.</w:t>
      </w:r>
    </w:p>
    <w:p w:rsidR="00535BF1" w:rsidP="006C41F4" w:rsidRDefault="00535BF1" w14:paraId="3AD86F58" w14:textId="4D8EDAFF">
      <w:pPr>
        <w:ind w:left="180"/>
      </w:pPr>
      <w:r>
        <w:rPr>
          <w:rFonts w:hint="eastAsia"/>
        </w:rPr>
        <w:t>Person completing this application:</w:t>
      </w:r>
      <w:r w:rsidR="006C41F4">
        <w:t xml:space="preserve">    </w:t>
      </w:r>
      <w:r w:rsidR="00FA4975">
        <w:rPr>
          <w:rFonts w:hint="eastAsia"/>
        </w:rPr>
        <w:t>□</w:t>
      </w:r>
      <w:r w:rsidR="00FA4975">
        <w:rPr>
          <w:rFonts w:hint="eastAsia"/>
        </w:rPr>
        <w:t xml:space="preserve"> </w:t>
      </w:r>
      <w:r>
        <w:rPr>
          <w:rFonts w:hint="eastAsia"/>
        </w:rPr>
        <w:t>Primary caregiver</w:t>
      </w:r>
      <w:r w:rsidR="005A2D5F">
        <w:t xml:space="preserve">    </w:t>
      </w:r>
      <w:r w:rsidR="00FA4975">
        <w:rPr>
          <w:rFonts w:hint="eastAsia"/>
        </w:rPr>
        <w:t>□</w:t>
      </w:r>
      <w:r w:rsidR="00FA4975">
        <w:rPr>
          <w:rFonts w:hint="eastAsia"/>
        </w:rPr>
        <w:t xml:space="preserve"> </w:t>
      </w:r>
      <w:r>
        <w:rPr>
          <w:rFonts w:hint="eastAsia"/>
        </w:rPr>
        <w:t>Referral source</w:t>
      </w:r>
      <w:r w:rsidR="00FA4975">
        <w:t xml:space="preserve">    </w:t>
      </w:r>
      <w:r w:rsidR="00FA4975">
        <w:rPr>
          <w:rFonts w:hint="eastAsia"/>
        </w:rPr>
        <w:t>□</w:t>
      </w:r>
      <w:r w:rsidR="00FA4975">
        <w:rPr>
          <w:rFonts w:hint="eastAsia"/>
        </w:rPr>
        <w:t xml:space="preserve"> </w:t>
      </w:r>
      <w:r w:rsidR="00392508">
        <w:t>Family or friend</w:t>
      </w:r>
    </w:p>
    <w:p w:rsidR="00535BF1" w:rsidP="4ABEB8C6" w:rsidRDefault="009E47BA" w14:paraId="3AE5B1D5" w14:textId="3419277C">
      <w:pPr>
        <w:spacing w:after="20" w:line="360" w:lineRule="auto"/>
        <w:ind w:left="180"/>
        <w:rPr>
          <w:rFonts w:cs="Calibri"/>
        </w:rPr>
      </w:pPr>
      <w:r w:rsidR="009E47BA">
        <w:rPr/>
        <w:t>Name:</w:t>
      </w:r>
      <w:r w:rsidR="00535BF1">
        <w:rPr/>
        <w:t xml:space="preserve"> </w:t>
      </w:r>
      <w:r w:rsidRPr="4ABEB8C6" w:rsidR="00535BF1">
        <w:rPr>
          <w:rFonts w:cs="Calibri"/>
        </w:rPr>
        <w:t>__________________________________</w:t>
      </w:r>
      <w:r w:rsidRPr="4ABEB8C6" w:rsidR="009E47BA">
        <w:rPr>
          <w:rFonts w:cs="Calibri"/>
        </w:rPr>
        <w:t>__________________________________________</w:t>
      </w:r>
      <w:r w:rsidRPr="4ABEB8C6" w:rsidR="00496DDB">
        <w:rPr>
          <w:rFonts w:cs="Calibri"/>
        </w:rPr>
        <w:t>_</w:t>
      </w:r>
    </w:p>
    <w:p w:rsidR="00535BF1" w:rsidP="4ABEB8C6" w:rsidRDefault="009E47BA" w14:paraId="4D2AC174" w14:textId="155A9E68">
      <w:pPr>
        <w:spacing w:after="120" w:line="360" w:lineRule="auto"/>
        <w:ind w:left="180"/>
        <w:rPr>
          <w:rFonts w:cs="Calibri"/>
        </w:rPr>
      </w:pPr>
      <w:r w:rsidRPr="4ABEB8C6" w:rsidR="009E47BA">
        <w:rPr>
          <w:rFonts w:cs="Calibri"/>
        </w:rPr>
        <w:t>Phone: ________________________________</w:t>
      </w:r>
      <w:r w:rsidRPr="4ABEB8C6" w:rsidR="009E47BA">
        <w:rPr>
          <w:rFonts w:cs="Calibri"/>
        </w:rPr>
        <w:t>_  Email</w:t>
      </w:r>
      <w:r w:rsidRPr="4ABEB8C6" w:rsidR="009E47BA">
        <w:rPr>
          <w:rFonts w:cs="Calibri"/>
        </w:rPr>
        <w:t>: ____________________________________</w:t>
      </w:r>
      <w:r w:rsidRPr="4ABEB8C6" w:rsidR="00496DDB">
        <w:rPr>
          <w:rFonts w:cs="Calibri"/>
        </w:rPr>
        <w:t>_</w:t>
      </w:r>
    </w:p>
    <w:p w:rsidR="006C41F4" w:rsidP="4ABEB8C6" w:rsidRDefault="006C41F4" w14:paraId="76AE3BDE" w14:textId="34B50192">
      <w:pPr>
        <w:spacing w:after="0" w:line="360" w:lineRule="auto"/>
        <w:ind w:left="180"/>
      </w:pPr>
      <w:r w:rsidR="006C41F4">
        <w:rPr/>
        <w:t xml:space="preserve">How did you hear about ACA? </w:t>
      </w:r>
      <w:r w:rsidR="006C41F4">
        <w:rPr/>
        <w:t xml:space="preserve"> </w:t>
      </w:r>
      <w:r w:rsidR="00FA4975">
        <w:rPr/>
        <w:t>□</w:t>
      </w:r>
      <w:r w:rsidR="00FA4975">
        <w:rPr/>
        <w:t xml:space="preserve"> </w:t>
      </w:r>
      <w:r w:rsidR="006C41F4">
        <w:rPr/>
        <w:t>Online search</w:t>
      </w:r>
      <w:r>
        <w:tab/>
      </w:r>
      <w:r w:rsidR="00FA4975">
        <w:rPr/>
        <w:t>□</w:t>
      </w:r>
      <w:r w:rsidR="00FA4975">
        <w:rPr/>
        <w:t xml:space="preserve"> </w:t>
      </w:r>
      <w:r w:rsidR="006C41F4">
        <w:rPr/>
        <w:t>Community organization: ___________________</w:t>
      </w:r>
    </w:p>
    <w:p w:rsidR="006C41F4" w:rsidP="4ABEB8C6" w:rsidRDefault="00FA4975" w14:paraId="153BA518" w14:textId="62B5F56B">
      <w:pPr>
        <w:spacing w:after="60" w:line="360" w:lineRule="auto"/>
        <w:ind w:left="187"/>
      </w:pPr>
      <w:r w:rsidR="00FA4975">
        <w:rPr/>
        <w:t>□</w:t>
      </w:r>
      <w:r w:rsidR="00FA4975">
        <w:rPr/>
        <w:t xml:space="preserve"> </w:t>
      </w:r>
      <w:r w:rsidR="006C41F4">
        <w:rPr/>
        <w:t>Healthcare provider</w:t>
      </w:r>
      <w:r>
        <w:tab/>
      </w:r>
      <w:r w:rsidR="006C41F4">
        <w:rPr/>
        <w:t xml:space="preserve">  </w:t>
      </w:r>
      <w:r w:rsidR="00FA4975">
        <w:rPr/>
        <w:t xml:space="preserve">   </w:t>
      </w:r>
      <w:r w:rsidR="006C41F4">
        <w:rPr/>
        <w:t xml:space="preserve"> </w:t>
      </w:r>
      <w:r w:rsidR="00FA4975">
        <w:rPr/>
        <w:t>□</w:t>
      </w:r>
      <w:r w:rsidR="00FA4975">
        <w:rPr/>
        <w:t xml:space="preserve"> </w:t>
      </w:r>
      <w:r w:rsidR="006C41F4">
        <w:rPr/>
        <w:t>Friend/family</w:t>
      </w:r>
      <w:r>
        <w:tab/>
      </w:r>
      <w:r w:rsidR="00FA4975">
        <w:rPr/>
        <w:t>□</w:t>
      </w:r>
      <w:r w:rsidR="00FA4975">
        <w:rPr/>
        <w:t xml:space="preserve"> </w:t>
      </w:r>
      <w:r w:rsidR="006C41F4">
        <w:rPr/>
        <w:t>Other: __________________________________</w:t>
      </w:r>
    </w:p>
    <w:tbl>
      <w:tblPr>
        <w:tblW w:w="102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2250"/>
        <w:gridCol w:w="2790"/>
        <w:gridCol w:w="2092"/>
        <w:gridCol w:w="248"/>
      </w:tblGrid>
      <w:tr w:rsidR="006C41F4" w:rsidTr="00FA4975" w14:paraId="3F301142" w14:textId="77777777"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6C41F4" w:rsidP="006C41F4" w:rsidRDefault="006C41F4" w14:paraId="2C393D59" w14:textId="77777777">
            <w:pPr>
              <w:ind w:left="180"/>
            </w:pPr>
            <w:r>
              <w:t xml:space="preserve">Assistance requested: </w:t>
            </w:r>
            <w:r>
              <w:br/>
            </w:r>
            <w:r>
              <w:t>(check all that apply)</w:t>
            </w:r>
          </w:p>
        </w:tc>
        <w:tc>
          <w:tcPr>
            <w:tcW w:w="225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6C41F4" w:rsidP="006C41F4" w:rsidRDefault="00FA4975" w14:paraId="2AF33894" w14:textId="43F96155">
            <w:pPr>
              <w:ind w:left="180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 w:rsidR="006C41F4">
              <w:t>Adult Day Care</w:t>
            </w:r>
          </w:p>
        </w:tc>
        <w:tc>
          <w:tcPr>
            <w:tcW w:w="279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6C41F4" w:rsidP="006C41F4" w:rsidRDefault="00FA4975" w14:paraId="4FCE56EA" w14:textId="1A5E68CD">
            <w:pPr>
              <w:ind w:left="180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 w:rsidR="006C41F4">
              <w:t>Continence Products</w:t>
            </w:r>
          </w:p>
        </w:tc>
        <w:tc>
          <w:tcPr>
            <w:tcW w:w="2340" w:type="dxa"/>
            <w:gridSpan w:val="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6C41F4" w:rsidP="00FA4975" w:rsidRDefault="00FA4975" w14:paraId="39E91DFC" w14:textId="6EF6B273">
            <w:pPr>
              <w:ind w:firstLine="85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 w:rsidR="006C41F4">
              <w:t>Nutritional Drinks</w:t>
            </w:r>
          </w:p>
        </w:tc>
      </w:tr>
      <w:tr w:rsidR="00DC63B5" w:rsidTr="00FA4975" w14:paraId="65C2B8BE" w14:textId="77777777">
        <w:tblPrEx>
          <w:jc w:val="center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1"/>
          <w:wAfter w:w="248" w:type="dxa"/>
          <w:jc w:val="center"/>
        </w:trPr>
        <w:tc>
          <w:tcPr>
            <w:tcW w:w="10012" w:type="dxa"/>
            <w:gridSpan w:val="4"/>
            <w:shd w:val="clear" w:color="auto" w:fill="17365D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DC63B5" w:rsidRDefault="00000000" w14:paraId="1DF89D99" w14:textId="77777777">
            <w:pPr>
              <w:spacing w:after="0"/>
            </w:pPr>
            <w:r>
              <w:rPr>
                <w:b/>
                <w:color w:val="FFFFFF"/>
              </w:rPr>
              <w:t>PERSON LIVING WITH DEMENTIA</w:t>
            </w:r>
          </w:p>
        </w:tc>
      </w:tr>
    </w:tbl>
    <w:p w:rsidRPr="000B73B7" w:rsidR="000B73B7" w:rsidP="4ABEB8C6" w:rsidRDefault="000B73B7" w14:paraId="51094D97" w14:textId="5B9CEBA0">
      <w:pPr>
        <w:spacing w:before="120" w:after="20" w:line="360" w:lineRule="auto"/>
        <w:ind w:left="180"/>
        <w:rPr>
          <w:rFonts w:cs="Calibri"/>
          <w:u w:val="single"/>
        </w:rPr>
      </w:pPr>
      <w:r w:rsidRPr="4ABEB8C6" w:rsidR="000B73B7">
        <w:rPr>
          <w:rFonts w:cs="Calibri"/>
        </w:rPr>
        <w:t>Full legal name:</w:t>
      </w:r>
      <w:r>
        <w:tab/>
      </w:r>
      <w:r w:rsidRPr="4ABEB8C6" w:rsidR="000B73B7">
        <w:rPr>
          <w:rFonts w:cs="Calibri"/>
        </w:rPr>
        <w:t>__________________________________________</w:t>
      </w:r>
      <w:r w:rsidRPr="4ABEB8C6" w:rsidR="000B73B7">
        <w:rPr>
          <w:rFonts w:cs="Calibri"/>
          <w:u w:val="single"/>
        </w:rPr>
        <w:t>________________________</w:t>
      </w:r>
    </w:p>
    <w:p w:rsidR="000B73B7" w:rsidP="4ABEB8C6" w:rsidRDefault="000B73B7" w14:paraId="2CE11F0B" w14:textId="77777777">
      <w:pPr>
        <w:spacing w:after="20" w:line="360" w:lineRule="auto"/>
        <w:ind w:left="180"/>
        <w:rPr>
          <w:rFonts w:cs="Calibri"/>
          <w:u w:val="single"/>
        </w:rPr>
      </w:pPr>
      <w:r w:rsidRPr="4ABEB8C6" w:rsidR="000B73B7">
        <w:rPr>
          <w:rFonts w:cs="Calibri"/>
        </w:rPr>
        <w:t>Street address:</w:t>
      </w:r>
      <w:r>
        <w:tab/>
      </w:r>
      <w:r w:rsidRPr="4ABEB8C6" w:rsidR="000B73B7">
        <w:rPr>
          <w:rFonts w:cs="Calibri"/>
        </w:rPr>
        <w:t>__________________________________________</w:t>
      </w:r>
      <w:r w:rsidRPr="4ABEB8C6" w:rsidR="000B73B7">
        <w:rPr>
          <w:rFonts w:cs="Calibri"/>
          <w:u w:val="single"/>
        </w:rPr>
        <w:t>________________________</w:t>
      </w:r>
    </w:p>
    <w:p w:rsidRPr="000B73B7" w:rsidR="000B73B7" w:rsidP="4ABEB8C6" w:rsidRDefault="000B73B7" w14:paraId="2FE23C15" w14:textId="69657793">
      <w:pPr>
        <w:spacing w:after="20" w:line="360" w:lineRule="auto"/>
        <w:ind w:left="180"/>
        <w:rPr>
          <w:rFonts w:cs="Calibri"/>
        </w:rPr>
      </w:pPr>
      <w:r w:rsidRPr="4ABEB8C6" w:rsidR="000B73B7">
        <w:rPr>
          <w:rFonts w:cs="Calibri"/>
        </w:rPr>
        <w:t xml:space="preserve">City, </w:t>
      </w:r>
      <w:r w:rsidRPr="4ABEB8C6" w:rsidR="000B73B7">
        <w:rPr>
          <w:rFonts w:cs="Calibri"/>
        </w:rPr>
        <w:t>s</w:t>
      </w:r>
      <w:r w:rsidRPr="4ABEB8C6" w:rsidR="000B73B7">
        <w:rPr>
          <w:rFonts w:cs="Calibri"/>
        </w:rPr>
        <w:t>tate, ZIP:</w:t>
      </w:r>
      <w:r>
        <w:tab/>
      </w:r>
      <w:r w:rsidRPr="4ABEB8C6" w:rsidR="000B73B7">
        <w:rPr>
          <w:rFonts w:cs="Calibri"/>
        </w:rPr>
        <w:t>__________________________________________</w:t>
      </w:r>
      <w:r w:rsidRPr="4ABEB8C6" w:rsidR="000B73B7">
        <w:rPr>
          <w:rFonts w:cs="Calibri"/>
          <w:u w:val="single"/>
        </w:rPr>
        <w:t>________________________</w:t>
      </w:r>
    </w:p>
    <w:p w:rsidRPr="000B73B7" w:rsidR="000B73B7" w:rsidP="4ABEB8C6" w:rsidRDefault="000B73B7" w14:paraId="311D5EA2" w14:textId="5B279D60">
      <w:pPr>
        <w:spacing w:after="20" w:line="360" w:lineRule="auto"/>
        <w:ind w:left="180"/>
        <w:rPr>
          <w:rFonts w:cs="Calibri"/>
          <w:u w:val="single"/>
        </w:rPr>
      </w:pPr>
      <w:r w:rsidRPr="4ABEB8C6" w:rsidR="000B73B7">
        <w:rPr>
          <w:rFonts w:cs="Calibri"/>
        </w:rPr>
        <w:t>County:</w:t>
      </w:r>
      <w:r w:rsidRPr="4ABEB8C6" w:rsidR="2158D101">
        <w:rPr>
          <w:rFonts w:cs="Calibri"/>
        </w:rPr>
        <w:t xml:space="preserve"> </w:t>
      </w:r>
      <w:r w:rsidRPr="4ABEB8C6" w:rsidR="000B73B7">
        <w:rPr>
          <w:rFonts w:cs="Calibri"/>
        </w:rPr>
        <w:t>_____________________________</w:t>
      </w:r>
      <w:r w:rsidRPr="4ABEB8C6" w:rsidR="1EC3A3A3">
        <w:rPr>
          <w:rFonts w:cs="Calibri"/>
        </w:rPr>
        <w:t xml:space="preserve"> </w:t>
      </w:r>
      <w:r w:rsidRPr="4ABEB8C6" w:rsidR="000B73B7">
        <w:rPr>
          <w:rFonts w:cs="Calibri"/>
        </w:rPr>
        <w:t>Telephone number:</w:t>
      </w:r>
      <w:r>
        <w:tab/>
      </w:r>
      <w:r w:rsidRPr="4ABEB8C6" w:rsidR="000B73B7">
        <w:rPr>
          <w:rFonts w:cs="Calibri"/>
        </w:rPr>
        <w:t>______________________________</w:t>
      </w:r>
    </w:p>
    <w:p w:rsidRPr="000B73B7" w:rsidR="00DC63B5" w:rsidP="5AED88BF" w:rsidRDefault="000B73B7" w14:paraId="7A3639C5" w14:textId="3F985DB5">
      <w:pPr>
        <w:spacing w:before="120" w:after="20"/>
        <w:ind w:left="180"/>
        <w:rPr>
          <w:rFonts w:cs="Calibri"/>
        </w:rPr>
      </w:pPr>
      <w:r w:rsidRPr="5AED88BF">
        <w:rPr>
          <w:rFonts w:cs="Calibri"/>
        </w:rPr>
        <w:t>Diagnosed with Alzheimer's disease or another dementia?</w:t>
      </w:r>
      <w:r>
        <w:tab/>
      </w:r>
      <w:r w:rsidR="00FA4975">
        <w:rPr>
          <w:rFonts w:hint="eastAsia"/>
        </w:rPr>
        <w:t>□</w:t>
      </w:r>
      <w:r w:rsidR="00FA4975">
        <w:rPr>
          <w:rFonts w:hint="eastAsia"/>
        </w:rPr>
        <w:t xml:space="preserve"> </w:t>
      </w:r>
      <w:r w:rsidRPr="5AED88BF">
        <w:rPr>
          <w:rFonts w:cs="Calibri"/>
        </w:rPr>
        <w:t>No</w:t>
      </w:r>
      <w:r>
        <w:tab/>
      </w:r>
      <w:r>
        <w:tab/>
      </w:r>
      <w:r w:rsidR="00FA4975">
        <w:rPr>
          <w:rFonts w:hint="eastAsia"/>
        </w:rPr>
        <w:t>□</w:t>
      </w:r>
      <w:r w:rsidR="00FA4975">
        <w:rPr>
          <w:rFonts w:hint="eastAsia"/>
        </w:rPr>
        <w:t xml:space="preserve"> </w:t>
      </w:r>
      <w:r w:rsidRPr="5AED88BF">
        <w:rPr>
          <w:rFonts w:cs="Calibri"/>
        </w:rPr>
        <w:t>Yes</w:t>
      </w:r>
    </w:p>
    <w:p w:rsidR="000B73B7" w:rsidP="009E47BA" w:rsidRDefault="000B73B7" w14:paraId="553B0995" w14:textId="4E978896">
      <w:pPr>
        <w:spacing w:after="20"/>
        <w:ind w:left="720"/>
        <w:rPr>
          <w:rFonts w:cs="Calibri"/>
          <w:szCs w:val="24"/>
        </w:rPr>
      </w:pPr>
      <w:r w:rsidRPr="000B73B7">
        <w:rPr>
          <w:rFonts w:cs="Calibri"/>
          <w:szCs w:val="24"/>
        </w:rPr>
        <w:t>If No, are you seeing a doctor for memory problems to get a diagnosis?</w:t>
      </w:r>
      <w:r w:rsidRPr="000B73B7">
        <w:rPr>
          <w:rFonts w:cs="Calibri"/>
          <w:szCs w:val="24"/>
        </w:rPr>
        <w:tab/>
      </w:r>
      <w:r w:rsidR="00FA4975">
        <w:rPr>
          <w:rFonts w:hint="eastAsia"/>
        </w:rPr>
        <w:t>□</w:t>
      </w:r>
      <w:r w:rsidR="00FA4975">
        <w:rPr>
          <w:rFonts w:hint="eastAsia"/>
        </w:rPr>
        <w:t xml:space="preserve"> </w:t>
      </w:r>
      <w:r w:rsidRPr="000B73B7">
        <w:rPr>
          <w:rFonts w:cs="Calibri"/>
          <w:szCs w:val="24"/>
        </w:rPr>
        <w:t>No</w:t>
      </w:r>
      <w:r w:rsidRPr="000B73B7">
        <w:rPr>
          <w:rFonts w:cs="Calibri"/>
          <w:szCs w:val="24"/>
        </w:rPr>
        <w:tab/>
      </w:r>
      <w:r>
        <w:rPr>
          <w:rFonts w:cs="Calibri"/>
          <w:szCs w:val="24"/>
        </w:rPr>
        <w:tab/>
      </w:r>
      <w:r w:rsidR="00FA4975">
        <w:rPr>
          <w:rFonts w:hint="eastAsia"/>
        </w:rPr>
        <w:t>□</w:t>
      </w:r>
      <w:r w:rsidR="00FA4975">
        <w:rPr>
          <w:rFonts w:hint="eastAsia"/>
        </w:rPr>
        <w:t xml:space="preserve"> </w:t>
      </w:r>
      <w:r w:rsidRPr="000B73B7">
        <w:rPr>
          <w:rFonts w:cs="Calibri"/>
          <w:szCs w:val="24"/>
        </w:rPr>
        <w:t>Yes</w:t>
      </w:r>
    </w:p>
    <w:p w:rsidR="00535BF1" w:rsidP="009E47BA" w:rsidRDefault="000B73B7" w14:paraId="1F81D5C2" w14:textId="77777777">
      <w:pPr>
        <w:spacing w:after="20"/>
        <w:ind w:left="720"/>
        <w:rPr>
          <w:rFonts w:cs="Calibri"/>
          <w:i/>
          <w:iCs/>
          <w:szCs w:val="24"/>
        </w:rPr>
      </w:pPr>
      <w:r>
        <w:rPr>
          <w:rFonts w:cs="Calibri"/>
          <w:i/>
          <w:iCs/>
          <w:szCs w:val="24"/>
        </w:rPr>
        <w:t>If No, ACA’s scholarships are for people with an Alzheimer’s or other dementia diagnosis.</w:t>
      </w:r>
      <w:r w:rsidR="00535BF1">
        <w:rPr>
          <w:rFonts w:cs="Calibri"/>
          <w:i/>
          <w:iCs/>
          <w:szCs w:val="24"/>
        </w:rPr>
        <w:t xml:space="preserve"> </w:t>
      </w:r>
    </w:p>
    <w:p w:rsidRPr="002002D4" w:rsidR="000B73B7" w:rsidP="009E47BA" w:rsidRDefault="00535BF1" w14:paraId="21021FAE" w14:textId="407FD009">
      <w:pPr>
        <w:spacing w:after="120"/>
        <w:ind w:left="727"/>
        <w:rPr>
          <w:rFonts w:cs="Calibri"/>
          <w:i/>
          <w:iCs/>
          <w:szCs w:val="24"/>
        </w:rPr>
      </w:pPr>
      <w:r>
        <w:rPr>
          <w:rFonts w:cs="Calibri"/>
          <w:i/>
          <w:iCs/>
          <w:szCs w:val="24"/>
        </w:rPr>
        <w:t>Please call the office with questions: 205-871-7970.</w:t>
      </w:r>
    </w:p>
    <w:p w:rsidRPr="000B73B7" w:rsidR="000B73B7" w:rsidP="00FB483E" w:rsidRDefault="000B73B7" w14:paraId="54EB7417" w14:textId="72CB6635">
      <w:pPr>
        <w:spacing w:after="20"/>
        <w:ind w:left="720"/>
        <w:rPr>
          <w:rFonts w:cs="Calibri"/>
          <w:szCs w:val="24"/>
        </w:rPr>
      </w:pPr>
      <w:r w:rsidRPr="000B73B7">
        <w:rPr>
          <w:rFonts w:cs="Calibri"/>
          <w:szCs w:val="24"/>
        </w:rPr>
        <w:t>Approximate date or year of diagnosis:</w:t>
      </w:r>
      <w:r w:rsidRPr="000B73B7">
        <w:rPr>
          <w:rFonts w:cs="Calibri"/>
          <w:szCs w:val="24"/>
        </w:rPr>
        <w:tab/>
      </w:r>
      <w:r>
        <w:rPr>
          <w:rFonts w:cs="Calibri"/>
          <w:szCs w:val="24"/>
        </w:rPr>
        <w:t>__________________________________________</w:t>
      </w:r>
    </w:p>
    <w:p w:rsidR="000B73B7" w:rsidP="00FB483E" w:rsidRDefault="000B73B7" w14:paraId="67D183D3" w14:textId="528BBDF1">
      <w:pPr>
        <w:spacing w:after="20"/>
        <w:ind w:left="720"/>
        <w:rPr>
          <w:rFonts w:cs="Calibri"/>
          <w:szCs w:val="24"/>
        </w:rPr>
      </w:pPr>
      <w:r w:rsidRPr="000B73B7">
        <w:rPr>
          <w:rFonts w:cs="Calibri"/>
          <w:szCs w:val="24"/>
        </w:rPr>
        <w:t>Primary physician, practice, and telephone:</w:t>
      </w:r>
      <w:r w:rsidRPr="000B73B7">
        <w:rPr>
          <w:rFonts w:cs="Calibri"/>
          <w:szCs w:val="24"/>
        </w:rPr>
        <w:tab/>
      </w:r>
      <w:r>
        <w:rPr>
          <w:rFonts w:cs="Calibri"/>
          <w:szCs w:val="24"/>
        </w:rPr>
        <w:t>________________________________________</w:t>
      </w:r>
      <w:r w:rsidR="00FB483E">
        <w:rPr>
          <w:rFonts w:cs="Calibri"/>
          <w:szCs w:val="24"/>
        </w:rPr>
        <w:t>__</w:t>
      </w:r>
    </w:p>
    <w:p w:rsidRPr="00FB483E" w:rsidR="000B73B7" w:rsidP="00FB483E" w:rsidRDefault="000B73B7" w14:paraId="7FA51415" w14:textId="57F22563">
      <w:pPr>
        <w:spacing w:after="20"/>
        <w:ind w:left="720"/>
        <w:rPr>
          <w:rFonts w:cs="Calibri"/>
          <w:szCs w:val="24"/>
        </w:rPr>
      </w:pPr>
      <w:r w:rsidRPr="5AED88BF">
        <w:rPr>
          <w:rFonts w:cs="Calibri"/>
        </w:rPr>
        <w:t>______________________________________________________________________________</w:t>
      </w:r>
    </w:p>
    <w:p w:rsidRPr="00476379" w:rsidR="00476379" w:rsidP="5AED88BF" w:rsidRDefault="006C41F4" w14:paraId="183669B9" w14:textId="2705FB96">
      <w:pPr>
        <w:spacing w:before="120" w:after="20"/>
        <w:ind w:left="180"/>
      </w:pPr>
      <w:r>
        <w:rPr>
          <w:rFonts w:cs="Calibri"/>
        </w:rPr>
        <w:t>Person’s d</w:t>
      </w:r>
      <w:r w:rsidRPr="5AED88BF" w:rsidR="6AB62399">
        <w:rPr>
          <w:rFonts w:cs="Calibri"/>
        </w:rPr>
        <w:t>ate of birth: __________________________________________</w:t>
      </w:r>
      <w:r w:rsidRPr="5AED88BF" w:rsidR="6AB62399">
        <w:rPr>
          <w:rFonts w:cs="Calibri"/>
          <w:u w:val="single"/>
        </w:rPr>
        <w:t>__________________</w:t>
      </w:r>
      <w:r w:rsidR="6AB62399">
        <w:t xml:space="preserve"> </w:t>
      </w:r>
    </w:p>
    <w:p w:rsidRPr="00476379" w:rsidR="00476379" w:rsidP="5AED88BF" w:rsidRDefault="000B73B7" w14:paraId="20DF00EF" w14:textId="204D98C6">
      <w:pPr>
        <w:spacing w:before="120" w:after="120"/>
        <w:ind w:left="180"/>
      </w:pPr>
      <w:r>
        <w:t>Person’s</w:t>
      </w:r>
      <w:r w:rsidR="00476379">
        <w:t xml:space="preserve"> gender</w:t>
      </w:r>
      <w:r w:rsidR="5242D4F7">
        <w:t>:</w:t>
      </w:r>
      <w:r w:rsidR="006C41F4">
        <w:t xml:space="preserve">   </w:t>
      </w:r>
      <w:r w:rsidR="00FA4975">
        <w:rPr>
          <w:rFonts w:hint="eastAsia"/>
        </w:rPr>
        <w:t>□</w:t>
      </w:r>
      <w:r w:rsidR="00FA4975">
        <w:rPr>
          <w:rFonts w:hint="eastAsia"/>
        </w:rPr>
        <w:t xml:space="preserve"> </w:t>
      </w:r>
      <w:r w:rsidR="00476379">
        <w:t>Female</w:t>
      </w:r>
      <w:r w:rsidR="006C41F4">
        <w:t xml:space="preserve">    </w:t>
      </w:r>
      <w:r w:rsidR="00FA4975">
        <w:rPr>
          <w:rFonts w:hint="eastAsia"/>
        </w:rPr>
        <w:t>□</w:t>
      </w:r>
      <w:r w:rsidR="00FA4975">
        <w:rPr>
          <w:rFonts w:hint="eastAsia"/>
        </w:rPr>
        <w:t xml:space="preserve"> </w:t>
      </w:r>
      <w:r w:rsidR="00476379">
        <w:t>Male</w:t>
      </w:r>
      <w:r w:rsidR="006C41F4">
        <w:t xml:space="preserve">   </w:t>
      </w:r>
      <w:r w:rsidR="00FA4975">
        <w:rPr>
          <w:rFonts w:hint="eastAsia"/>
        </w:rPr>
        <w:t>□</w:t>
      </w:r>
      <w:r w:rsidR="00FA4975">
        <w:rPr>
          <w:rFonts w:hint="eastAsia"/>
        </w:rPr>
        <w:t xml:space="preserve"> </w:t>
      </w:r>
      <w:r w:rsidR="00535BF1">
        <w:t>Self</w:t>
      </w:r>
      <w:r w:rsidR="00476379">
        <w:t>-describ</w:t>
      </w:r>
      <w:r w:rsidR="00535BF1">
        <w:t>e</w:t>
      </w:r>
      <w:r w:rsidR="00476379">
        <w:t xml:space="preserve">: </w:t>
      </w:r>
      <w:r w:rsidR="00535BF1">
        <w:t>_________</w:t>
      </w:r>
      <w:r w:rsidR="00476379">
        <w:t>______</w:t>
      </w:r>
      <w:r w:rsidR="006C41F4">
        <w:t xml:space="preserve">    </w:t>
      </w:r>
      <w:r w:rsidR="00FA4975">
        <w:rPr>
          <w:rFonts w:hint="eastAsia"/>
        </w:rPr>
        <w:t>□</w:t>
      </w:r>
      <w:r w:rsidR="00FA4975">
        <w:rPr>
          <w:rFonts w:hint="eastAsia"/>
        </w:rPr>
        <w:t xml:space="preserve"> </w:t>
      </w:r>
      <w:r w:rsidRPr="000B73B7" w:rsidR="006C41F4">
        <w:t>Prefer not to answer</w:t>
      </w:r>
    </w:p>
    <w:p w:rsidRPr="00476379" w:rsidR="00476379" w:rsidP="00FB483E" w:rsidRDefault="000B73B7" w14:paraId="545AB85D" w14:textId="72B6EDE2">
      <w:pPr>
        <w:spacing w:after="0"/>
        <w:ind w:left="180"/>
      </w:pPr>
      <w:r>
        <w:t>Person’s r</w:t>
      </w:r>
      <w:r w:rsidR="00476379">
        <w:t>ace and ethnicity</w:t>
      </w:r>
      <w:r w:rsidRPr="5AED88BF">
        <w:rPr>
          <w:b/>
          <w:bCs/>
        </w:rPr>
        <w:t xml:space="preserve"> </w:t>
      </w:r>
      <w:r>
        <w:t>(</w:t>
      </w:r>
      <w:r w:rsidR="69E508B6">
        <w:t xml:space="preserve">check </w:t>
      </w:r>
      <w:r w:rsidR="00476379">
        <w:t>all</w:t>
      </w:r>
      <w:r w:rsidR="4EBCD212">
        <w:t xml:space="preserve"> </w:t>
      </w:r>
      <w:r w:rsidR="00476379">
        <w:t>that</w:t>
      </w:r>
      <w:r w:rsidR="0BE3BAEE">
        <w:t xml:space="preserve"> </w:t>
      </w:r>
      <w:r w:rsidR="00476379">
        <w:t>apply</w:t>
      </w:r>
      <w:r>
        <w:t>)</w:t>
      </w:r>
      <w:r w:rsidR="656991BA">
        <w:t>:</w:t>
      </w:r>
    </w:p>
    <w:p w:rsidRPr="000B73B7" w:rsidR="00476379" w:rsidP="00FB483E" w:rsidRDefault="00FA4975" w14:paraId="01D0068D" w14:textId="5750AFF4">
      <w:pPr>
        <w:spacing w:after="0" w:line="240" w:lineRule="auto"/>
        <w:ind w:left="720"/>
      </w:pPr>
      <w:r>
        <w:rPr>
          <w:rFonts w:hint="eastAsia"/>
        </w:rPr>
        <w:t>□</w:t>
      </w:r>
      <w:r>
        <w:rPr>
          <w:rFonts w:hint="eastAsia"/>
        </w:rPr>
        <w:t xml:space="preserve"> </w:t>
      </w:r>
      <w:r w:rsidRPr="000B73B7" w:rsidR="00476379">
        <w:t>American Indian</w:t>
      </w:r>
      <w:r>
        <w:t>/</w:t>
      </w:r>
      <w:r w:rsidRPr="000B73B7" w:rsidR="00476379">
        <w:t>Alaska Native</w:t>
      </w:r>
      <w:r w:rsidR="000B73B7">
        <w:tab/>
      </w:r>
      <w:r>
        <w:rPr>
          <w:rFonts w:hint="eastAsia"/>
        </w:rPr>
        <w:t>□</w:t>
      </w:r>
      <w:r>
        <w:rPr>
          <w:rFonts w:hint="eastAsia"/>
        </w:rPr>
        <w:t xml:space="preserve"> </w:t>
      </w:r>
      <w:r w:rsidRPr="000B73B7" w:rsidR="000B73B7">
        <w:t>Hispanic</w:t>
      </w:r>
      <w:r>
        <w:t>/</w:t>
      </w:r>
      <w:r w:rsidRPr="000B73B7" w:rsidR="000B73B7">
        <w:t xml:space="preserve"> Latino</w:t>
      </w:r>
      <w:r w:rsidR="00535BF1">
        <w:tab/>
      </w:r>
      <w:r w:rsidR="00535BF1">
        <w:tab/>
      </w:r>
      <w:r w:rsidR="00535BF1">
        <w:tab/>
      </w:r>
      <w:r>
        <w:rPr>
          <w:rFonts w:hint="eastAsia"/>
        </w:rPr>
        <w:t>□</w:t>
      </w:r>
      <w:r>
        <w:rPr>
          <w:rFonts w:hint="eastAsia"/>
        </w:rPr>
        <w:t xml:space="preserve"> </w:t>
      </w:r>
      <w:r w:rsidRPr="000B73B7" w:rsidR="00535BF1">
        <w:t>White</w:t>
      </w:r>
    </w:p>
    <w:p w:rsidR="000B73B7" w:rsidP="00FB483E" w:rsidRDefault="00FA4975" w14:paraId="4AC237A6" w14:textId="19AD12F8">
      <w:pPr>
        <w:spacing w:after="0" w:line="240" w:lineRule="auto"/>
        <w:ind w:left="720"/>
      </w:pPr>
      <w:r>
        <w:rPr>
          <w:rFonts w:hint="eastAsia"/>
        </w:rPr>
        <w:t>□</w:t>
      </w:r>
      <w:r>
        <w:rPr>
          <w:rFonts w:hint="eastAsia"/>
        </w:rPr>
        <w:t xml:space="preserve"> </w:t>
      </w:r>
      <w:r w:rsidRPr="000B73B7" w:rsidR="000B73B7">
        <w:t>Asian</w:t>
      </w:r>
      <w:r w:rsidR="000B73B7">
        <w:t xml:space="preserve"> </w:t>
      </w:r>
      <w:r w:rsidR="000B73B7">
        <w:tab/>
      </w:r>
      <w:r w:rsidR="000B73B7">
        <w:tab/>
      </w:r>
      <w:r>
        <w:tab/>
      </w:r>
      <w:r>
        <w:tab/>
      </w:r>
      <w:r>
        <w:rPr>
          <w:rFonts w:hint="eastAsia"/>
        </w:rPr>
        <w:t>□</w:t>
      </w:r>
      <w:r>
        <w:rPr>
          <w:rFonts w:hint="eastAsia"/>
        </w:rPr>
        <w:t xml:space="preserve"> </w:t>
      </w:r>
      <w:r w:rsidRPr="000B73B7" w:rsidR="000B73B7">
        <w:t>Middle Eastern</w:t>
      </w:r>
      <w:r>
        <w:t>/</w:t>
      </w:r>
      <w:r w:rsidRPr="000B73B7" w:rsidR="000B73B7">
        <w:t>North African</w:t>
      </w:r>
      <w:r>
        <w:t xml:space="preserve">       </w:t>
      </w:r>
      <w:r>
        <w:rPr>
          <w:rFonts w:hint="eastAsia"/>
        </w:rPr>
        <w:t>□</w:t>
      </w:r>
      <w:r>
        <w:rPr>
          <w:rFonts w:hint="eastAsia"/>
        </w:rPr>
        <w:t xml:space="preserve"> </w:t>
      </w:r>
      <w:r w:rsidRPr="000B73B7" w:rsidR="00535BF1">
        <w:t>Prefer not to answer</w:t>
      </w:r>
    </w:p>
    <w:p w:rsidRPr="000B73B7" w:rsidR="00476379" w:rsidP="00FB483E" w:rsidRDefault="00FA4975" w14:paraId="110BED93" w14:textId="2643F487">
      <w:pPr>
        <w:spacing w:after="0" w:line="240" w:lineRule="auto"/>
        <w:ind w:left="720"/>
      </w:pPr>
      <w:r>
        <w:rPr>
          <w:rFonts w:hint="eastAsia"/>
        </w:rPr>
        <w:t>□</w:t>
      </w:r>
      <w:r>
        <w:rPr>
          <w:rFonts w:hint="eastAsia"/>
        </w:rPr>
        <w:t xml:space="preserve"> </w:t>
      </w:r>
      <w:r w:rsidRPr="000B73B7" w:rsidR="000B73B7">
        <w:t>Black</w:t>
      </w:r>
      <w:r>
        <w:t>/</w:t>
      </w:r>
      <w:r w:rsidRPr="000B73B7" w:rsidR="000B73B7">
        <w:t>African American</w:t>
      </w:r>
      <w:r w:rsidR="000B73B7">
        <w:t xml:space="preserve"> </w:t>
      </w:r>
      <w:r w:rsidR="000B73B7">
        <w:tab/>
      </w:r>
      <w:r w:rsidR="000B73B7">
        <w:tab/>
      </w:r>
      <w:r>
        <w:rPr>
          <w:rFonts w:hint="eastAsia"/>
        </w:rPr>
        <w:t>□</w:t>
      </w:r>
      <w:r>
        <w:rPr>
          <w:rFonts w:hint="eastAsia"/>
        </w:rPr>
        <w:t xml:space="preserve"> </w:t>
      </w:r>
      <w:r w:rsidRPr="000B73B7" w:rsidR="000B73B7">
        <w:t>Native Hawaiian</w:t>
      </w:r>
      <w:r>
        <w:t>/</w:t>
      </w:r>
      <w:r w:rsidRPr="000B73B7" w:rsidR="000B73B7">
        <w:t xml:space="preserve"> Pacific Islander</w:t>
      </w:r>
    </w:p>
    <w:p w:rsidR="00496DDB" w:rsidP="00496DDB" w:rsidRDefault="000B73B7" w14:paraId="47BE42C9" w14:textId="77777777">
      <w:pPr>
        <w:spacing w:before="120" w:after="0"/>
        <w:ind w:left="734" w:hanging="547"/>
        <w:rPr>
          <w:b/>
          <w:bCs/>
        </w:rPr>
      </w:pPr>
      <w:r>
        <w:t xml:space="preserve">Did the person </w:t>
      </w:r>
      <w:r w:rsidR="00476379">
        <w:t>ever serve active duty in the U.S. Armed Forces?</w:t>
      </w:r>
      <w:r w:rsidR="006C41F4">
        <w:rPr>
          <w:b/>
          <w:bCs/>
        </w:rPr>
        <w:t xml:space="preserve">  </w:t>
      </w:r>
    </w:p>
    <w:p w:rsidRPr="006C41F4" w:rsidR="000B73B7" w:rsidP="00496DDB" w:rsidRDefault="00496DDB" w14:paraId="6CE4FCFD" w14:textId="7153D928">
      <w:pPr>
        <w:spacing w:after="120"/>
        <w:ind w:left="734" w:hanging="14"/>
        <w:rPr>
          <w:b/>
          <w:bCs/>
        </w:rPr>
      </w:pPr>
      <w:r>
        <w:rPr>
          <w:rFonts w:hint="eastAsia"/>
        </w:rPr>
        <w:t>□</w:t>
      </w:r>
      <w:r>
        <w:rPr>
          <w:rFonts w:hint="eastAsia"/>
        </w:rPr>
        <w:t xml:space="preserve"> </w:t>
      </w:r>
      <w:r w:rsidR="000B73B7">
        <w:t>Yes</w:t>
      </w:r>
      <w:r w:rsidR="006C41F4">
        <w:t xml:space="preserve"> </w:t>
      </w:r>
      <w:r>
        <w:tab/>
      </w:r>
      <w:r>
        <w:tab/>
      </w:r>
      <w:r>
        <w:rPr>
          <w:rFonts w:hint="eastAsia"/>
        </w:rPr>
        <w:t>□</w:t>
      </w:r>
      <w:r>
        <w:rPr>
          <w:rFonts w:hint="eastAsia"/>
        </w:rPr>
        <w:t xml:space="preserve"> </w:t>
      </w:r>
      <w:r w:rsidR="000B73B7">
        <w:t>No</w:t>
      </w:r>
      <w:r w:rsidR="000B73B7">
        <w:tab/>
      </w:r>
      <w:r>
        <w:tab/>
      </w:r>
      <w:r>
        <w:rPr>
          <w:rFonts w:hint="eastAsia"/>
        </w:rPr>
        <w:t>□</w:t>
      </w:r>
      <w:r>
        <w:rPr>
          <w:rFonts w:hint="eastAsia"/>
        </w:rPr>
        <w:t xml:space="preserve"> </w:t>
      </w:r>
      <w:r w:rsidRPr="000B73B7" w:rsidR="000B73B7">
        <w:t>Prefer not to answer</w:t>
      </w:r>
    </w:p>
    <w:p w:rsidR="00DC63B5" w:rsidP="00FB483E" w:rsidRDefault="00476379" w14:paraId="734EFE59" w14:textId="7729C5E4">
      <w:pPr>
        <w:ind w:left="180"/>
      </w:pPr>
      <w:r>
        <w:t xml:space="preserve">What language </w:t>
      </w:r>
      <w:r w:rsidR="000B73B7">
        <w:t>is</w:t>
      </w:r>
      <w:r>
        <w:t xml:space="preserve"> mainly sp</w:t>
      </w:r>
      <w:r w:rsidR="000B73B7">
        <w:t>oken</w:t>
      </w:r>
      <w:r>
        <w:t xml:space="preserve"> at home?</w:t>
      </w:r>
      <w:r>
        <w:tab/>
      </w:r>
      <w:r w:rsidR="411D712B">
        <w:t xml:space="preserve">    </w:t>
      </w:r>
      <w:r w:rsidR="00FA4975">
        <w:rPr>
          <w:rFonts w:hint="eastAsia"/>
        </w:rPr>
        <w:t>□</w:t>
      </w:r>
      <w:r w:rsidR="00FA4975">
        <w:rPr>
          <w:rFonts w:hint="eastAsia"/>
        </w:rPr>
        <w:t xml:space="preserve"> </w:t>
      </w:r>
      <w:r w:rsidR="000B73B7">
        <w:t>English</w:t>
      </w:r>
      <w:r>
        <w:tab/>
      </w:r>
      <w:r w:rsidR="00FA4975">
        <w:rPr>
          <w:rFonts w:hint="eastAsia"/>
        </w:rPr>
        <w:t>□</w:t>
      </w:r>
      <w:r w:rsidR="00FA4975">
        <w:rPr>
          <w:rFonts w:hint="eastAsia"/>
        </w:rPr>
        <w:t xml:space="preserve"> </w:t>
      </w:r>
      <w:r w:rsidR="000B73B7">
        <w:t>Spanish</w:t>
      </w:r>
      <w:r>
        <w:tab/>
      </w:r>
      <w:r w:rsidR="00FA4975">
        <w:rPr>
          <w:rFonts w:hint="eastAsia"/>
        </w:rPr>
        <w:t>□</w:t>
      </w:r>
      <w:r w:rsidR="00FA4975">
        <w:rPr>
          <w:rFonts w:hint="eastAsia"/>
        </w:rPr>
        <w:t xml:space="preserve"> </w:t>
      </w:r>
      <w:r w:rsidR="00535BF1">
        <w:t>Other</w:t>
      </w:r>
      <w:r w:rsidR="000B73B7">
        <w:t>: __________</w:t>
      </w:r>
      <w:r w:rsidR="00FA4975">
        <w:t>____</w:t>
      </w:r>
      <w:r w:rsidR="000B73B7">
        <w:t>_</w:t>
      </w:r>
      <w:r>
        <w:br w:type="page"/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DC63B5" w14:paraId="3644A513" w14:textId="77777777">
        <w:trPr>
          <w:jc w:val="center"/>
        </w:trPr>
        <w:tc>
          <w:tcPr>
            <w:tcW w:w="10080" w:type="dxa"/>
            <w:shd w:val="clear" w:color="auto" w:fill="17365D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DC63B5" w:rsidRDefault="00000000" w14:paraId="38808A41" w14:textId="77777777">
            <w:pPr>
              <w:spacing w:after="0"/>
            </w:pPr>
            <w:r>
              <w:rPr>
                <w:b/>
                <w:color w:val="FFFFFF"/>
              </w:rPr>
              <w:t>PRIMARY CAREGIVER</w:t>
            </w:r>
          </w:p>
        </w:tc>
      </w:tr>
    </w:tbl>
    <w:p w:rsidR="00535BF1" w:rsidP="005D1328" w:rsidRDefault="00535BF1" w14:paraId="16C5CFFC" w14:textId="1F0804FB">
      <w:pPr>
        <w:spacing w:before="120" w:after="120"/>
        <w:ind w:firstLine="187"/>
      </w:pPr>
      <w:r>
        <w:t xml:space="preserve">Caregiver's full name: </w:t>
      </w:r>
      <w:r>
        <w:rPr>
          <w:rFonts w:cs="Calibri"/>
          <w:szCs w:val="24"/>
        </w:rPr>
        <w:t>_________________________________________________________________</w:t>
      </w:r>
    </w:p>
    <w:p w:rsidR="009E47BA" w:rsidP="00392508" w:rsidRDefault="009E47BA" w14:paraId="72777FF7" w14:textId="77777777">
      <w:pPr>
        <w:spacing w:after="120"/>
        <w:ind w:firstLine="180"/>
        <w:rPr>
          <w:rFonts w:cs="Calibri"/>
          <w:szCs w:val="24"/>
        </w:rPr>
      </w:pPr>
      <w:r>
        <w:t>Caregiver age:</w:t>
      </w:r>
      <w:r>
        <w:tab/>
      </w:r>
      <w:r>
        <w:tab/>
      </w:r>
      <w:r>
        <w:rPr>
          <w:rFonts w:cs="Calibri"/>
          <w:szCs w:val="24"/>
        </w:rPr>
        <w:t>_____________________________________________________________</w:t>
      </w:r>
    </w:p>
    <w:p w:rsidR="00535BF1" w:rsidP="00392508" w:rsidRDefault="00535BF1" w14:paraId="793BB964" w14:textId="6D97C543">
      <w:pPr>
        <w:spacing w:after="120"/>
        <w:ind w:firstLine="180"/>
      </w:pPr>
      <w:r>
        <w:t>Relationship to person living with dementia:</w:t>
      </w:r>
      <w:r>
        <w:tab/>
      </w:r>
      <w:r>
        <w:t xml:space="preserve"> </w:t>
      </w:r>
      <w:r>
        <w:rPr>
          <w:rFonts w:hint="eastAsia"/>
        </w:rPr>
        <w:t>□</w:t>
      </w:r>
      <w:r>
        <w:rPr>
          <w:rFonts w:hint="eastAsia"/>
        </w:rPr>
        <w:t xml:space="preserve"> Spouse/partner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Sibling</w:t>
      </w:r>
      <w:r>
        <w:tab/>
      </w:r>
      <w:r>
        <w:rPr>
          <w:rFonts w:hint="eastAsia"/>
        </w:rPr>
        <w:t>□</w:t>
      </w:r>
      <w:r>
        <w:rPr>
          <w:rFonts w:hint="eastAsia"/>
        </w:rPr>
        <w:t xml:space="preserve"> Son</w:t>
      </w:r>
      <w:r>
        <w:rPr>
          <w:rFonts w:hint="eastAsia"/>
        </w:rPr>
        <w:tab/>
      </w:r>
    </w:p>
    <w:p w:rsidR="00535BF1" w:rsidP="00392508" w:rsidRDefault="00535BF1" w14:paraId="3DC8B6E9" w14:textId="6F94B112">
      <w:pPr>
        <w:spacing w:after="120"/>
        <w:ind w:firstLine="180"/>
      </w:pPr>
      <w:r>
        <w:tab/>
      </w:r>
      <w:r>
        <w:rPr>
          <w:rFonts w:hint="eastAsia"/>
        </w:rPr>
        <w:t>□</w:t>
      </w:r>
      <w:r>
        <w:rPr>
          <w:rFonts w:hint="eastAsia"/>
        </w:rPr>
        <w:t xml:space="preserve"> Daughter</w:t>
      </w:r>
      <w:r>
        <w:tab/>
      </w:r>
      <w:r>
        <w:rPr>
          <w:rFonts w:hint="eastAsia"/>
        </w:rPr>
        <w:t>□</w:t>
      </w:r>
      <w:r>
        <w:rPr>
          <w:rFonts w:hint="eastAsia"/>
        </w:rPr>
        <w:t xml:space="preserve"> Son- or daughter-in-law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Grandchild</w:t>
      </w:r>
      <w:r>
        <w:tab/>
      </w:r>
      <w:r w:rsidR="00392508">
        <w:t xml:space="preserve">   </w:t>
      </w:r>
      <w:r>
        <w:rPr>
          <w:rFonts w:hint="eastAsia"/>
        </w:rPr>
        <w:t>□</w:t>
      </w:r>
      <w:r>
        <w:rPr>
          <w:rFonts w:hint="eastAsia"/>
        </w:rPr>
        <w:t xml:space="preserve"> Other</w:t>
      </w:r>
      <w:r>
        <w:t>: _____________________</w:t>
      </w:r>
    </w:p>
    <w:p w:rsidR="00535BF1" w:rsidP="00392508" w:rsidRDefault="00535BF1" w14:paraId="581DE39B" w14:textId="3B1A54B1">
      <w:pPr>
        <w:spacing w:after="120"/>
        <w:ind w:firstLine="180"/>
      </w:pPr>
      <w:r>
        <w:t>Street address (if different):</w:t>
      </w:r>
      <w:r w:rsidRPr="00392508" w:rsidR="00392508">
        <w:rPr>
          <w:rFonts w:cs="Calibri"/>
          <w:szCs w:val="24"/>
        </w:rPr>
        <w:t xml:space="preserve"> </w:t>
      </w:r>
      <w:r w:rsidR="00392508">
        <w:rPr>
          <w:rFonts w:cs="Calibri"/>
          <w:szCs w:val="24"/>
        </w:rPr>
        <w:t>____________________________________________________________</w:t>
      </w:r>
    </w:p>
    <w:p w:rsidR="00535BF1" w:rsidP="00392508" w:rsidRDefault="00535BF1" w14:paraId="0DB19EC8" w14:textId="33A2C5A3">
      <w:pPr>
        <w:spacing w:after="120"/>
        <w:ind w:firstLine="180"/>
      </w:pPr>
      <w:r>
        <w:t>City, state, ZIP:</w:t>
      </w:r>
      <w:r>
        <w:tab/>
      </w:r>
      <w:r w:rsidR="00392508">
        <w:tab/>
      </w:r>
      <w:r w:rsidR="00392508">
        <w:rPr>
          <w:rFonts w:cs="Calibri"/>
          <w:szCs w:val="24"/>
        </w:rPr>
        <w:t>_____________________________________________________________</w:t>
      </w:r>
    </w:p>
    <w:p w:rsidR="00535BF1" w:rsidP="00392508" w:rsidRDefault="00535BF1" w14:paraId="72252097" w14:textId="24E53F5C">
      <w:pPr>
        <w:spacing w:after="120"/>
        <w:ind w:firstLine="180"/>
      </w:pPr>
      <w:r>
        <w:t>Preferred telephone:</w:t>
      </w:r>
      <w:r>
        <w:tab/>
      </w:r>
      <w:r w:rsidR="00392508">
        <w:rPr>
          <w:rFonts w:cs="Calibri"/>
          <w:szCs w:val="24"/>
        </w:rPr>
        <w:t>_____________________________________________________________</w:t>
      </w:r>
    </w:p>
    <w:p w:rsidR="00535BF1" w:rsidP="00392508" w:rsidRDefault="00535BF1" w14:paraId="15603B11" w14:textId="4D64CEF6">
      <w:pPr>
        <w:spacing w:after="120"/>
        <w:ind w:firstLine="180"/>
      </w:pPr>
      <w:r>
        <w:t>Alternate telephone:</w:t>
      </w:r>
      <w:r>
        <w:tab/>
      </w:r>
      <w:r w:rsidR="00392508">
        <w:rPr>
          <w:rFonts w:cs="Calibri"/>
          <w:szCs w:val="24"/>
        </w:rPr>
        <w:t>_____________________________________________________________</w:t>
      </w:r>
    </w:p>
    <w:p w:rsidR="00535BF1" w:rsidP="00392508" w:rsidRDefault="00535BF1" w14:paraId="27C6B88B" w14:textId="1C81964C">
      <w:pPr>
        <w:spacing w:after="120"/>
        <w:ind w:firstLine="180"/>
        <w:rPr>
          <w:rFonts w:cs="Calibri"/>
          <w:szCs w:val="24"/>
        </w:rPr>
      </w:pPr>
      <w:r>
        <w:t>Email:</w:t>
      </w:r>
      <w:r>
        <w:tab/>
      </w:r>
      <w:r w:rsidR="00392508">
        <w:tab/>
      </w:r>
      <w:r w:rsidR="00392508">
        <w:tab/>
      </w:r>
      <w:r w:rsidR="00392508">
        <w:rPr>
          <w:rFonts w:cs="Calibri"/>
          <w:szCs w:val="24"/>
        </w:rPr>
        <w:t>_____________________________________________________________</w:t>
      </w:r>
    </w:p>
    <w:p w:rsidR="00392508" w:rsidP="00392508" w:rsidRDefault="00392508" w14:paraId="2A07373E" w14:textId="3FF4C8AD">
      <w:pPr>
        <w:spacing w:after="120"/>
        <w:ind w:left="720"/>
      </w:pPr>
      <w:r>
        <w:rPr>
          <w:rFonts w:cs="Calibri"/>
          <w:szCs w:val="24"/>
        </w:rPr>
        <w:t xml:space="preserve">Preferred method of communication: </w:t>
      </w:r>
      <w:r>
        <w:rPr>
          <w:rFonts w:cs="Calibri"/>
          <w:szCs w:val="24"/>
        </w:rPr>
        <w:tab/>
      </w:r>
      <w:r>
        <w:rPr>
          <w:rFonts w:cs="Calibri"/>
          <w:szCs w:val="24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t>Phone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t>Text</w:t>
      </w:r>
      <w:r>
        <w:tab/>
      </w:r>
      <w:r>
        <w:tab/>
      </w: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t>Email</w:t>
      </w:r>
    </w:p>
    <w:p w:rsidR="00392508" w:rsidP="00392508" w:rsidRDefault="00392508" w14:paraId="255FF65C" w14:textId="1D6824F9">
      <w:pPr>
        <w:spacing w:after="120"/>
        <w:ind w:left="720"/>
      </w:pPr>
      <w:r>
        <w:t>May ACA leave a voicemail on your preferred telephone:</w:t>
      </w:r>
      <w:r>
        <w:tab/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No</w:t>
      </w:r>
      <w:r>
        <w:rPr>
          <w:rFonts w:hint="eastAsia"/>
        </w:rPr>
        <w:tab/>
      </w:r>
      <w:r>
        <w:tab/>
      </w:r>
      <w:r>
        <w:rPr>
          <w:rFonts w:hint="eastAsia"/>
        </w:rPr>
        <w:t>□</w:t>
      </w:r>
      <w:r>
        <w:rPr>
          <w:rFonts w:hint="eastAsia"/>
        </w:rPr>
        <w:t xml:space="preserve"> Yes</w:t>
      </w:r>
    </w:p>
    <w:p w:rsidR="00DC63B5" w:rsidP="006C41F4" w:rsidRDefault="00392508" w14:paraId="027D8BFE" w14:textId="5E9523E3">
      <w:pPr>
        <w:spacing w:after="240"/>
        <w:ind w:left="720"/>
      </w:pPr>
      <w:r>
        <w:t>May ACA send text messages to your preferred number:</w:t>
      </w:r>
      <w:r>
        <w:tab/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No</w:t>
      </w:r>
      <w:r>
        <w:rPr>
          <w:rFonts w:hint="eastAsia"/>
        </w:rPr>
        <w:tab/>
      </w:r>
      <w:r>
        <w:tab/>
      </w:r>
      <w:r>
        <w:rPr>
          <w:rFonts w:hint="eastAsia"/>
        </w:rPr>
        <w:t>□</w:t>
      </w:r>
      <w:r>
        <w:rPr>
          <w:rFonts w:hint="eastAsia"/>
        </w:rPr>
        <w:t xml:space="preserve"> Yes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535BF1" w:rsidTr="00535BF1" w14:paraId="5D310931" w14:textId="77777777">
        <w:trPr>
          <w:jc w:val="center"/>
        </w:trPr>
        <w:tc>
          <w:tcPr>
            <w:tcW w:w="10080" w:type="dxa"/>
            <w:shd w:val="clear" w:color="auto" w:fill="17365D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535BF1" w:rsidRDefault="00392508" w14:paraId="7B1E8714" w14:textId="44DB48A0">
            <w:pPr>
              <w:spacing w:after="0"/>
            </w:pPr>
            <w:r>
              <w:rPr>
                <w:b/>
                <w:color w:val="FFFFFF"/>
              </w:rPr>
              <w:t>CAREGIVING SITUATION</w:t>
            </w:r>
          </w:p>
        </w:tc>
      </w:tr>
    </w:tbl>
    <w:p w:rsidR="00535BF1" w:rsidP="005D1328" w:rsidRDefault="00535BF1" w14:paraId="7140EA94" w14:textId="415C899E">
      <w:pPr>
        <w:spacing w:before="120" w:after="120"/>
        <w:ind w:left="187"/>
      </w:pPr>
      <w:r>
        <w:rPr>
          <w:rFonts w:hint="eastAsia"/>
        </w:rPr>
        <w:t>Does the person live with the primary caregiver?</w:t>
      </w:r>
      <w:r>
        <w:rPr>
          <w:rFonts w:hint="eastAsia"/>
        </w:rPr>
        <w:tab/>
      </w:r>
      <w:r w:rsidR="00392508">
        <w:tab/>
      </w:r>
      <w:r>
        <w:rPr>
          <w:rFonts w:hint="eastAsia"/>
        </w:rPr>
        <w:t>□</w:t>
      </w:r>
      <w:r>
        <w:rPr>
          <w:rFonts w:hint="eastAsia"/>
        </w:rPr>
        <w:t xml:space="preserve"> No</w:t>
      </w:r>
      <w:r>
        <w:rPr>
          <w:rFonts w:hint="eastAsia"/>
        </w:rPr>
        <w:tab/>
      </w:r>
      <w:r w:rsidR="00392508">
        <w:tab/>
      </w:r>
      <w:r>
        <w:rPr>
          <w:rFonts w:hint="eastAsia"/>
        </w:rPr>
        <w:t>□</w:t>
      </w:r>
      <w:r>
        <w:rPr>
          <w:rFonts w:hint="eastAsia"/>
        </w:rPr>
        <w:t xml:space="preserve"> Yes</w:t>
      </w:r>
    </w:p>
    <w:p w:rsidR="00392508" w:rsidP="00392508" w:rsidRDefault="00535BF1" w14:paraId="54CE8EF7" w14:textId="7F58CFD0">
      <w:pPr>
        <w:spacing w:after="0"/>
        <w:ind w:left="180"/>
      </w:pPr>
      <w:r>
        <w:rPr>
          <w:rFonts w:hint="eastAsia"/>
        </w:rPr>
        <w:t xml:space="preserve">How long has the </w:t>
      </w:r>
      <w:r w:rsidR="006C41F4">
        <w:t xml:space="preserve">primary </w:t>
      </w:r>
      <w:r>
        <w:rPr>
          <w:rFonts w:hint="eastAsia"/>
        </w:rPr>
        <w:t>caregiver been providing care?</w:t>
      </w:r>
    </w:p>
    <w:p w:rsidR="00535BF1" w:rsidP="00392508" w:rsidRDefault="00535BF1" w14:paraId="3DA10E94" w14:textId="6CB4FB51">
      <w:pPr>
        <w:spacing w:after="120"/>
        <w:ind w:left="180" w:firstLine="540"/>
      </w:pPr>
      <w:r>
        <w:rPr>
          <w:rFonts w:hint="eastAsia"/>
        </w:rPr>
        <w:t>□</w:t>
      </w:r>
      <w:r>
        <w:rPr>
          <w:rFonts w:hint="eastAsia"/>
        </w:rPr>
        <w:t xml:space="preserve"> Less than 1 year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1-3 years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3-5 years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5-10 years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More than 10 years</w:t>
      </w:r>
    </w:p>
    <w:p w:rsidR="00535BF1" w:rsidP="00392508" w:rsidRDefault="00535BF1" w14:paraId="66B92698" w14:textId="18FF7397">
      <w:pPr>
        <w:spacing w:after="120"/>
        <w:ind w:left="180"/>
      </w:pPr>
      <w:r>
        <w:t xml:space="preserve">How many </w:t>
      </w:r>
      <w:r w:rsidR="00392508">
        <w:t xml:space="preserve">additional </w:t>
      </w:r>
      <w:r>
        <w:t>people live in the home?</w:t>
      </w:r>
      <w:r>
        <w:tab/>
      </w:r>
      <w:r w:rsidR="00392508">
        <w:t>_____________________</w:t>
      </w:r>
    </w:p>
    <w:p w:rsidR="00535BF1" w:rsidP="00392508" w:rsidRDefault="44FA623A" w14:paraId="7B126A4D" w14:textId="56AFCC92">
      <w:pPr>
        <w:spacing w:after="0"/>
        <w:ind w:left="180"/>
      </w:pPr>
      <w:r>
        <w:t xml:space="preserve">Relationship of each additional household member to the caregiver </w:t>
      </w:r>
      <w:r w:rsidR="00535BF1">
        <w:t>(check all that apply):</w:t>
      </w:r>
      <w:r w:rsidR="00535BF1">
        <w:tab/>
      </w:r>
    </w:p>
    <w:p w:rsidR="00535BF1" w:rsidP="006C41F4" w:rsidRDefault="00535BF1" w14:paraId="4CE5D288" w14:textId="176B0842">
      <w:pPr>
        <w:spacing w:after="20"/>
        <w:ind w:left="720"/>
      </w:pPr>
      <w:r>
        <w:rPr>
          <w:rFonts w:hint="eastAsia"/>
        </w:rPr>
        <w:t>□</w:t>
      </w:r>
      <w:r>
        <w:rPr>
          <w:rFonts w:hint="eastAsia"/>
        </w:rPr>
        <w:t xml:space="preserve"> Spouse/partner</w:t>
      </w:r>
      <w:r>
        <w:rPr>
          <w:rFonts w:hint="eastAsia"/>
        </w:rPr>
        <w:tab/>
      </w:r>
      <w:r w:rsidR="00392508">
        <w:tab/>
      </w:r>
      <w:r w:rsidR="00392508">
        <w:tab/>
      </w:r>
      <w:r>
        <w:rPr>
          <w:rFonts w:hint="eastAsia"/>
        </w:rPr>
        <w:t>□</w:t>
      </w:r>
      <w:r>
        <w:rPr>
          <w:rFonts w:hint="eastAsia"/>
        </w:rPr>
        <w:t xml:space="preserve"> Sibling</w:t>
      </w:r>
      <w:r>
        <w:tab/>
      </w:r>
      <w:r w:rsidR="00392508">
        <w:tab/>
      </w:r>
      <w:r>
        <w:rPr>
          <w:rFonts w:hint="eastAsia"/>
        </w:rPr>
        <w:t>□</w:t>
      </w:r>
      <w:r>
        <w:rPr>
          <w:rFonts w:hint="eastAsia"/>
        </w:rPr>
        <w:t xml:space="preserve"> Son</w:t>
      </w:r>
      <w:r>
        <w:rPr>
          <w:rFonts w:hint="eastAsia"/>
        </w:rPr>
        <w:tab/>
      </w:r>
      <w:r>
        <w:tab/>
      </w:r>
      <w:r>
        <w:rPr>
          <w:rFonts w:hint="eastAsia"/>
        </w:rPr>
        <w:t>□</w:t>
      </w:r>
      <w:r>
        <w:rPr>
          <w:rFonts w:hint="eastAsia"/>
        </w:rPr>
        <w:t xml:space="preserve"> Daughter</w:t>
      </w:r>
      <w:r>
        <w:tab/>
      </w:r>
    </w:p>
    <w:p w:rsidR="00535BF1" w:rsidP="00392508" w:rsidRDefault="00535BF1" w14:paraId="1CA3CB86" w14:textId="19E85598">
      <w:pPr>
        <w:spacing w:after="120"/>
        <w:ind w:left="720"/>
      </w:pPr>
      <w:r>
        <w:rPr>
          <w:rFonts w:hint="eastAsia"/>
        </w:rPr>
        <w:t>□</w:t>
      </w:r>
      <w:r>
        <w:rPr>
          <w:rFonts w:hint="eastAsia"/>
        </w:rPr>
        <w:t xml:space="preserve"> Son- or daughter-in-law</w:t>
      </w:r>
      <w:r>
        <w:rPr>
          <w:rFonts w:hint="eastAsia"/>
        </w:rPr>
        <w:tab/>
      </w:r>
      <w:r w:rsidR="00392508">
        <w:tab/>
      </w:r>
      <w:r>
        <w:rPr>
          <w:rFonts w:hint="eastAsia"/>
        </w:rPr>
        <w:t>□</w:t>
      </w:r>
      <w:r>
        <w:rPr>
          <w:rFonts w:hint="eastAsia"/>
        </w:rPr>
        <w:t xml:space="preserve"> Grandchild</w:t>
      </w:r>
      <w:r>
        <w:tab/>
      </w:r>
      <w:r>
        <w:tab/>
      </w:r>
      <w:r>
        <w:rPr>
          <w:rFonts w:hint="eastAsia"/>
        </w:rPr>
        <w:t>□</w:t>
      </w:r>
      <w:r>
        <w:rPr>
          <w:rFonts w:hint="eastAsia"/>
        </w:rPr>
        <w:t xml:space="preserve"> Other</w:t>
      </w:r>
      <w:r>
        <w:t>: _____________________</w:t>
      </w:r>
    </w:p>
    <w:p w:rsidR="00392508" w:rsidP="00392508" w:rsidRDefault="00535BF1" w14:paraId="3110D450" w14:textId="77777777">
      <w:pPr>
        <w:spacing w:after="0"/>
        <w:ind w:left="180"/>
      </w:pPr>
      <w:r>
        <w:rPr>
          <w:rFonts w:hint="eastAsia"/>
        </w:rPr>
        <w:t>How often does the caregiver get a meaningful break?</w:t>
      </w:r>
      <w:r>
        <w:rPr>
          <w:rFonts w:hint="eastAsia"/>
        </w:rPr>
        <w:tab/>
      </w:r>
    </w:p>
    <w:p w:rsidR="00535BF1" w:rsidP="00392508" w:rsidRDefault="00535BF1" w14:paraId="371B7EE5" w14:textId="20FC1337">
      <w:pPr>
        <w:spacing w:after="120"/>
        <w:ind w:left="180" w:firstLine="540"/>
      </w:pPr>
      <w:r>
        <w:rPr>
          <w:rFonts w:hint="eastAsia"/>
        </w:rPr>
        <w:t>□</w:t>
      </w:r>
      <w:r>
        <w:rPr>
          <w:rFonts w:hint="eastAsia"/>
        </w:rPr>
        <w:t xml:space="preserve"> Never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Less than monthly</w:t>
      </w:r>
      <w:r>
        <w:rPr>
          <w:rFonts w:hint="eastAsia"/>
        </w:rPr>
        <w:tab/>
      </w:r>
      <w:r w:rsidR="00392508">
        <w:tab/>
      </w:r>
      <w:r>
        <w:rPr>
          <w:rFonts w:hint="eastAsia"/>
        </w:rPr>
        <w:t>□</w:t>
      </w:r>
      <w:r>
        <w:rPr>
          <w:rFonts w:hint="eastAsia"/>
        </w:rPr>
        <w:t xml:space="preserve"> Monthly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Weekly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Daily</w:t>
      </w:r>
    </w:p>
    <w:p w:rsidR="00535BF1" w:rsidP="00392508" w:rsidRDefault="00535BF1" w14:paraId="34DFE2A5" w14:textId="243B2B11">
      <w:pPr>
        <w:spacing w:after="120"/>
        <w:ind w:left="180"/>
      </w:pPr>
      <w:r>
        <w:rPr>
          <w:rFonts w:hint="eastAsia"/>
        </w:rPr>
        <w:t>Can the person safely remain home alone?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No</w:t>
      </w:r>
      <w:r>
        <w:rPr>
          <w:rFonts w:hint="eastAsia"/>
        </w:rPr>
        <w:tab/>
      </w:r>
      <w:r w:rsidR="00392508">
        <w:tab/>
      </w:r>
      <w:r>
        <w:rPr>
          <w:rFonts w:hint="eastAsia"/>
        </w:rPr>
        <w:t>□</w:t>
      </w:r>
      <w:r>
        <w:rPr>
          <w:rFonts w:hint="eastAsia"/>
        </w:rPr>
        <w:t xml:space="preserve"> Yes</w:t>
      </w:r>
    </w:p>
    <w:p w:rsidR="00535BF1" w:rsidP="00392508" w:rsidRDefault="00535BF1" w14:paraId="0C06AA6A" w14:textId="547193AD">
      <w:pPr>
        <w:spacing w:after="120"/>
        <w:ind w:left="180"/>
      </w:pPr>
      <w:r>
        <w:rPr>
          <w:rFonts w:hint="eastAsia"/>
        </w:rPr>
        <w:t>Can the person remain alone in a room while someone else is home?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No</w:t>
      </w:r>
      <w:r>
        <w:rPr>
          <w:rFonts w:hint="eastAsia"/>
        </w:rPr>
        <w:tab/>
      </w:r>
      <w:r w:rsidR="00392508">
        <w:tab/>
      </w:r>
      <w:r>
        <w:rPr>
          <w:rFonts w:hint="eastAsia"/>
        </w:rPr>
        <w:t>□</w:t>
      </w:r>
      <w:r>
        <w:rPr>
          <w:rFonts w:hint="eastAsia"/>
        </w:rPr>
        <w:t xml:space="preserve"> Yes</w:t>
      </w:r>
    </w:p>
    <w:p w:rsidR="00535BF1" w:rsidP="00392508" w:rsidRDefault="00535BF1" w14:paraId="76C44925" w14:textId="3BA7A8F1">
      <w:pPr>
        <w:spacing w:after="120"/>
        <w:ind w:left="180"/>
      </w:pPr>
      <w:r>
        <w:t>Approximate hours per day the caregiver feels 'on duty':</w:t>
      </w:r>
      <w:r w:rsidR="00392508">
        <w:t xml:space="preserve"> _____________________</w:t>
      </w:r>
    </w:p>
    <w:p w:rsidR="00DC63B5" w:rsidP="00392508" w:rsidRDefault="00535BF1" w14:paraId="3D3A9177" w14:textId="6199A2EA">
      <w:pPr>
        <w:spacing w:after="120"/>
        <w:ind w:left="180"/>
      </w:pPr>
      <w:r>
        <w:t>Approximate hours per day providing hands-on assistance:</w:t>
      </w:r>
      <w:r w:rsidR="00392508">
        <w:t xml:space="preserve"> _____________________</w:t>
      </w:r>
    </w:p>
    <w:p w:rsidR="00DC63B5" w:rsidRDefault="00000000" w14:paraId="7B0D3CEF" w14:textId="77777777">
      <w:r>
        <w:br w:type="page"/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DC63B5" w14:paraId="62DBC31B" w14:textId="77777777">
        <w:trPr>
          <w:jc w:val="center"/>
        </w:trPr>
        <w:tc>
          <w:tcPr>
            <w:tcW w:w="10080" w:type="dxa"/>
            <w:shd w:val="clear" w:color="auto" w:fill="17365D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DC63B5" w:rsidRDefault="00000000" w14:paraId="45E7A618" w14:textId="77777777">
            <w:pPr>
              <w:spacing w:after="0"/>
            </w:pPr>
            <w:r>
              <w:rPr>
                <w:b/>
                <w:color w:val="FFFFFF"/>
              </w:rPr>
              <w:t>CURRENT SERVICES AND BENEFITS</w:t>
            </w:r>
          </w:p>
        </w:tc>
      </w:tr>
    </w:tbl>
    <w:p w:rsidRPr="005A2D5F" w:rsidR="005A2D5F" w:rsidP="002002D4" w:rsidRDefault="005A2D5F" w14:paraId="0A5EE505" w14:textId="1FCB42BF">
      <w:pPr>
        <w:spacing w:before="120" w:after="20"/>
        <w:ind w:left="180"/>
      </w:pPr>
      <w:r w:rsidRPr="005A2D5F">
        <w:t>What services and benefits are currently us</w:t>
      </w:r>
      <w:r w:rsidR="006C41F4">
        <w:t xml:space="preserve">ed by </w:t>
      </w:r>
      <w:r w:rsidRPr="005A2D5F" w:rsidR="006C41F4">
        <w:t>the person with dementia</w:t>
      </w:r>
      <w:r w:rsidRPr="005A2D5F">
        <w:t>?</w:t>
      </w:r>
      <w:r>
        <w:t xml:space="preserve"> (check all that apply)</w:t>
      </w:r>
    </w:p>
    <w:p w:rsidR="002002D4" w:rsidP="005A2D5F" w:rsidRDefault="005A2D5F" w14:paraId="7673B7D7" w14:textId="683D577A">
      <w:pPr>
        <w:spacing w:after="20"/>
        <w:ind w:left="720"/>
      </w:pPr>
      <w:r>
        <w:rPr>
          <w:rFonts w:hint="eastAsia"/>
        </w:rPr>
        <w:t>□</w:t>
      </w:r>
      <w:r>
        <w:t xml:space="preserve"> </w:t>
      </w:r>
      <w:r w:rsidR="002567D2">
        <w:t>Hospice</w:t>
      </w:r>
      <w:r w:rsidR="002002D4">
        <w:rPr>
          <w:rFonts w:hint="eastAsia"/>
        </w:rPr>
        <w:t xml:space="preserve"> care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□</w:t>
      </w:r>
      <w:r>
        <w:t xml:space="preserve"> </w:t>
      </w:r>
      <w:r>
        <w:rPr>
          <w:rFonts w:hint="eastAsia"/>
        </w:rPr>
        <w:t>Homemaker or household assistance</w:t>
      </w:r>
    </w:p>
    <w:p w:rsidR="002002D4" w:rsidP="005A2D5F" w:rsidRDefault="005A2D5F" w14:paraId="257315FD" w14:textId="1451C88D">
      <w:pPr>
        <w:spacing w:after="20"/>
        <w:ind w:left="720"/>
      </w:pPr>
      <w:r>
        <w:rPr>
          <w:rFonts w:hint="eastAsia"/>
        </w:rPr>
        <w:t>□</w:t>
      </w:r>
      <w:r>
        <w:t xml:space="preserve"> </w:t>
      </w:r>
      <w:r w:rsidR="002002D4">
        <w:rPr>
          <w:rFonts w:hint="eastAsia"/>
        </w:rPr>
        <w:t>Veteran or spouse of a veteran</w:t>
      </w:r>
      <w:r>
        <w:tab/>
      </w:r>
      <w:r>
        <w:tab/>
      </w:r>
      <w:r>
        <w:tab/>
      </w:r>
      <w:r>
        <w:rPr>
          <w:rFonts w:hint="eastAsia"/>
        </w:rPr>
        <w:t>□</w:t>
      </w:r>
      <w:r>
        <w:t xml:space="preserve"> </w:t>
      </w:r>
      <w:r>
        <w:rPr>
          <w:rFonts w:hint="eastAsia"/>
        </w:rPr>
        <w:t>Home health aide or personal care</w:t>
      </w:r>
    </w:p>
    <w:p w:rsidR="002002D4" w:rsidP="005A2D5F" w:rsidRDefault="005A2D5F" w14:paraId="4B1F455B" w14:textId="20878BE9">
      <w:pPr>
        <w:spacing w:after="20"/>
        <w:ind w:left="720"/>
      </w:pPr>
      <w:r>
        <w:rPr>
          <w:rFonts w:hint="eastAsia"/>
        </w:rPr>
        <w:t>□</w:t>
      </w:r>
      <w:r>
        <w:t xml:space="preserve"> </w:t>
      </w:r>
      <w:r w:rsidR="002002D4">
        <w:rPr>
          <w:rFonts w:hint="eastAsia"/>
        </w:rPr>
        <w:t>Receives VA benefits</w:t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□</w:t>
      </w:r>
      <w:r>
        <w:t xml:space="preserve"> </w:t>
      </w:r>
      <w:r>
        <w:rPr>
          <w:rFonts w:hint="eastAsia"/>
        </w:rPr>
        <w:t>Visiting nurse</w:t>
      </w:r>
    </w:p>
    <w:p w:rsidR="002002D4" w:rsidP="005A2D5F" w:rsidRDefault="002002D4" w14:paraId="7AE2AC65" w14:textId="1BA394E7">
      <w:pPr>
        <w:spacing w:after="20"/>
        <w:ind w:left="720"/>
      </w:pPr>
      <w:r>
        <w:tab/>
      </w:r>
      <w:r>
        <w:rPr>
          <w:rFonts w:hint="eastAsia"/>
        </w:rPr>
        <w:t>□</w:t>
      </w:r>
      <w:r>
        <w:t xml:space="preserve"> </w:t>
      </w:r>
      <w:r w:rsidR="006C41F4">
        <w:t xml:space="preserve">VA </w:t>
      </w:r>
      <w:r>
        <w:t>Disability</w:t>
      </w:r>
      <w:r w:rsidR="005A2D5F">
        <w:tab/>
      </w:r>
      <w:r w:rsidR="005A2D5F">
        <w:tab/>
      </w:r>
      <w:r w:rsidR="005A2D5F">
        <w:tab/>
      </w:r>
      <w:r w:rsidR="005A2D5F">
        <w:tab/>
      </w:r>
      <w:r w:rsidR="005A2D5F">
        <w:rPr>
          <w:rFonts w:hint="eastAsia"/>
        </w:rPr>
        <w:t>□</w:t>
      </w:r>
      <w:r w:rsidR="005A2D5F">
        <w:t xml:space="preserve"> </w:t>
      </w:r>
      <w:r w:rsidR="005A2D5F">
        <w:rPr>
          <w:rFonts w:hint="eastAsia"/>
        </w:rPr>
        <w:t>Hospice visits</w:t>
      </w:r>
    </w:p>
    <w:p w:rsidR="002002D4" w:rsidP="006C41F4" w:rsidRDefault="002002D4" w14:paraId="68CE428B" w14:textId="156FD28E">
      <w:pPr>
        <w:spacing w:after="20"/>
        <w:ind w:left="720" w:firstLine="720"/>
      </w:pPr>
      <w:r>
        <w:rPr>
          <w:rFonts w:hint="eastAsia"/>
        </w:rPr>
        <w:t>□</w:t>
      </w:r>
      <w:r>
        <w:t xml:space="preserve"> </w:t>
      </w:r>
      <w:r w:rsidR="006C41F4">
        <w:t xml:space="preserve">VA </w:t>
      </w:r>
      <w:r>
        <w:t>Aid &amp; Attendance</w:t>
      </w:r>
      <w:r w:rsidR="005A2D5F">
        <w:tab/>
      </w:r>
      <w:r w:rsidR="005A2D5F">
        <w:tab/>
      </w:r>
      <w:r w:rsidR="005A2D5F">
        <w:tab/>
      </w:r>
      <w:r w:rsidR="005A2D5F">
        <w:rPr>
          <w:rFonts w:hint="eastAsia"/>
        </w:rPr>
        <w:t>□</w:t>
      </w:r>
      <w:r w:rsidR="005A2D5F">
        <w:t xml:space="preserve"> Meals on Wheels</w:t>
      </w:r>
    </w:p>
    <w:p w:rsidR="002002D4" w:rsidP="006C41F4" w:rsidRDefault="002002D4" w14:paraId="76FE6A9A" w14:textId="695D563B">
      <w:pPr>
        <w:spacing w:after="20"/>
        <w:ind w:left="720" w:firstLine="720"/>
      </w:pPr>
      <w:r>
        <w:rPr>
          <w:rFonts w:hint="eastAsia"/>
        </w:rPr>
        <w:t>□</w:t>
      </w:r>
      <w:r>
        <w:t xml:space="preserve"> </w:t>
      </w:r>
      <w:r w:rsidR="006C41F4">
        <w:t xml:space="preserve">VA </w:t>
      </w:r>
      <w:r>
        <w:t>Caregiver Services</w:t>
      </w:r>
      <w:r w:rsidR="005A2D5F">
        <w:tab/>
      </w:r>
      <w:r w:rsidR="005A2D5F">
        <w:tab/>
      </w:r>
      <w:r w:rsidR="005A2D5F">
        <w:tab/>
      </w:r>
      <w:r w:rsidR="005A2D5F">
        <w:rPr>
          <w:rFonts w:hint="eastAsia"/>
        </w:rPr>
        <w:t>□</w:t>
      </w:r>
      <w:r w:rsidR="005A2D5F">
        <w:t xml:space="preserve"> Alabama CARES</w:t>
      </w:r>
    </w:p>
    <w:p w:rsidR="002002D4" w:rsidP="005A2D5F" w:rsidRDefault="005A2D5F" w14:paraId="09B4819D" w14:textId="2B87E9BE">
      <w:pPr>
        <w:spacing w:after="20"/>
        <w:ind w:left="720"/>
      </w:pPr>
      <w:r>
        <w:rPr>
          <w:rFonts w:hint="eastAsia"/>
        </w:rPr>
        <w:t>□</w:t>
      </w:r>
      <w:r>
        <w:t xml:space="preserve"> </w:t>
      </w:r>
      <w:r w:rsidR="002002D4">
        <w:rPr>
          <w:rFonts w:hint="eastAsia"/>
        </w:rPr>
        <w:t>Receives SSI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□</w:t>
      </w:r>
      <w:r>
        <w:t xml:space="preserve"> Another Unity Way program</w:t>
      </w:r>
    </w:p>
    <w:p w:rsidR="00DC63B5" w:rsidP="005A2D5F" w:rsidRDefault="005A2D5F" w14:paraId="23D8BB3A" w14:textId="181EE8BB">
      <w:pPr>
        <w:spacing w:after="20"/>
        <w:ind w:left="720"/>
      </w:pPr>
      <w:r>
        <w:rPr>
          <w:rFonts w:hint="eastAsia"/>
        </w:rPr>
        <w:t>□</w:t>
      </w:r>
      <w:r>
        <w:t xml:space="preserve"> </w:t>
      </w:r>
      <w:r w:rsidR="002002D4">
        <w:rPr>
          <w:rFonts w:hint="eastAsia"/>
        </w:rPr>
        <w:t>Receives Medicaid Waiver services</w:t>
      </w:r>
      <w:r>
        <w:tab/>
      </w:r>
      <w:r>
        <w:tab/>
      </w:r>
      <w:r>
        <w:rPr>
          <w:rFonts w:hint="eastAsia"/>
        </w:rPr>
        <w:t>□</w:t>
      </w:r>
      <w:r>
        <w:t xml:space="preserve"> Respite or adult day care</w:t>
      </w:r>
    </w:p>
    <w:p w:rsidR="002002D4" w:rsidP="005A2D5F" w:rsidRDefault="005A2D5F" w14:paraId="79F5BE78" w14:textId="25B767AA">
      <w:pPr>
        <w:spacing w:after="120"/>
        <w:ind w:left="720"/>
      </w:pPr>
      <w:r>
        <w:rPr>
          <w:rFonts w:hint="eastAsia"/>
        </w:rPr>
        <w:t>□</w:t>
      </w:r>
      <w:r>
        <w:t xml:space="preserve"> </w:t>
      </w:r>
      <w:r w:rsidR="002567D2">
        <w:t xml:space="preserve">Public Assistance – food, cash, utilities </w:t>
      </w:r>
      <w:r w:rsidR="006C41F4">
        <w:tab/>
      </w:r>
      <w:r w:rsidR="006C41F4">
        <w:tab/>
      </w:r>
      <w:r w:rsidR="006C41F4">
        <w:tab/>
      </w:r>
      <w:r w:rsidR="006C41F4">
        <w:t>Location: _____________________</w:t>
      </w:r>
    </w:p>
    <w:p w:rsidR="002002D4" w:rsidP="006C41F4" w:rsidRDefault="002002D4" w14:paraId="06983672" w14:textId="77777777">
      <w:pPr>
        <w:spacing w:after="0"/>
        <w:ind w:left="187"/>
      </w:pPr>
      <w:r>
        <w:t xml:space="preserve">Have you applied to any other organization for the same assistance? </w:t>
      </w:r>
      <w:r>
        <w:tab/>
      </w:r>
      <w:r>
        <w:rPr>
          <w:rFonts w:hint="eastAsia"/>
        </w:rPr>
        <w:t>□</w:t>
      </w:r>
      <w:r>
        <w:rPr>
          <w:rFonts w:hint="eastAsia"/>
        </w:rPr>
        <w:t xml:space="preserve"> No</w:t>
      </w:r>
      <w:r>
        <w:rPr>
          <w:rFonts w:hint="eastAsia"/>
        </w:rPr>
        <w:tab/>
      </w:r>
      <w:r>
        <w:tab/>
      </w:r>
      <w:r>
        <w:rPr>
          <w:rFonts w:hint="eastAsia"/>
        </w:rPr>
        <w:t>□</w:t>
      </w:r>
      <w:r>
        <w:rPr>
          <w:rFonts w:hint="eastAsia"/>
        </w:rPr>
        <w:t xml:space="preserve"> Yes</w:t>
      </w:r>
      <w:r>
        <w:t xml:space="preserve"> </w:t>
      </w:r>
    </w:p>
    <w:p w:rsidR="002002D4" w:rsidRDefault="002002D4" w14:paraId="12EEE4C2" w14:textId="0025BA55">
      <w:r>
        <w:tab/>
      </w:r>
      <w:r>
        <w:t>If yes, please share the organization name and the status of your application.</w:t>
      </w:r>
      <w:r w:rsidR="002567D2">
        <w:t xml:space="preserve"> _______________</w:t>
      </w:r>
    </w:p>
    <w:p w:rsidR="00DC63B5" w:rsidP="006C41F4" w:rsidRDefault="002002D4" w14:paraId="3758E831" w14:textId="3CC1FF4F">
      <w:pPr>
        <w:spacing w:after="120"/>
        <w:ind w:firstLine="720"/>
      </w:pPr>
      <w:r>
        <w:rPr>
          <w:rFonts w:cs="Calibri"/>
          <w:szCs w:val="24"/>
        </w:rPr>
        <w:t>______________________________________________________________________________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DC63B5" w14:paraId="21B7902A" w14:textId="77777777">
        <w:trPr>
          <w:jc w:val="center"/>
        </w:trPr>
        <w:tc>
          <w:tcPr>
            <w:tcW w:w="10080" w:type="dxa"/>
            <w:shd w:val="clear" w:color="auto" w:fill="17365D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DC63B5" w:rsidRDefault="00000000" w14:paraId="68D07F7B" w14:textId="77777777">
            <w:pPr>
              <w:spacing w:after="0"/>
            </w:pPr>
            <w:r>
              <w:rPr>
                <w:b/>
                <w:color w:val="FFFFFF"/>
              </w:rPr>
              <w:t>HEALTH AND DAILY SUPPORT NEEDS</w:t>
            </w:r>
          </w:p>
        </w:tc>
      </w:tr>
    </w:tbl>
    <w:p w:rsidR="00295129" w:rsidP="009E47BA" w:rsidRDefault="006C41F4" w14:paraId="48857690" w14:textId="2042D856">
      <w:pPr>
        <w:spacing w:before="120" w:after="0"/>
        <w:ind w:left="187"/>
      </w:pPr>
      <w:r>
        <w:t>What d</w:t>
      </w:r>
      <w:r w:rsidR="00295129">
        <w:t>ementia diagnosis</w:t>
      </w:r>
      <w:r>
        <w:t xml:space="preserve"> has the person received?</w:t>
      </w:r>
    </w:p>
    <w:p w:rsidR="00295129" w:rsidP="00A8386C" w:rsidRDefault="00295129" w14:paraId="1DB9B3FD" w14:textId="7ACBE548">
      <w:pPr>
        <w:ind w:left="180" w:firstLine="540"/>
      </w:pPr>
      <w:r>
        <w:rPr>
          <w:rFonts w:hint="eastAsia"/>
        </w:rPr>
        <w:t>□</w:t>
      </w:r>
      <w:r>
        <w:t>Alzheimer’s Disease</w:t>
      </w:r>
      <w:r>
        <w:tab/>
      </w:r>
      <w:r>
        <w:tab/>
      </w:r>
      <w:r>
        <w:rPr>
          <w:rFonts w:hint="eastAsia"/>
        </w:rPr>
        <w:t>□</w:t>
      </w:r>
      <w:r>
        <w:t>Vascular Dementia</w:t>
      </w:r>
      <w:r>
        <w:tab/>
      </w:r>
      <w:r>
        <w:tab/>
      </w:r>
      <w:r>
        <w:rPr>
          <w:rFonts w:hint="eastAsia"/>
        </w:rPr>
        <w:t>□</w:t>
      </w:r>
      <w:r>
        <w:t xml:space="preserve"> Dementia with Lewy Bodies</w:t>
      </w:r>
      <w:r>
        <w:tab/>
      </w:r>
      <w:r>
        <w:rPr>
          <w:rFonts w:hint="eastAsia"/>
        </w:rPr>
        <w:t>□</w:t>
      </w:r>
      <w:r>
        <w:t>Frontotemporal Dementia</w:t>
      </w:r>
      <w:r>
        <w:tab/>
      </w:r>
      <w:r>
        <w:tab/>
      </w:r>
      <w:r>
        <w:rPr>
          <w:rFonts w:hint="eastAsia"/>
        </w:rPr>
        <w:t>□</w:t>
      </w:r>
      <w:r>
        <w:t>Mixed Dementia</w:t>
      </w:r>
      <w:r>
        <w:tab/>
      </w:r>
      <w:r w:rsidR="006C41F4">
        <w:tab/>
      </w:r>
      <w:r w:rsidR="006C41F4">
        <w:tab/>
      </w:r>
      <w:r w:rsidR="006C41F4">
        <w:tab/>
      </w:r>
      <w:r w:rsidR="006C41F4">
        <w:tab/>
      </w:r>
      <w:r>
        <w:tab/>
      </w:r>
      <w:r>
        <w:rPr>
          <w:rFonts w:hint="eastAsia"/>
        </w:rPr>
        <w:t>□</w:t>
      </w:r>
      <w:r>
        <w:t>Parkinson’s Disease Dementia</w:t>
      </w:r>
      <w:r>
        <w:tab/>
      </w:r>
      <w:r>
        <w:rPr>
          <w:rFonts w:hint="eastAsia"/>
        </w:rPr>
        <w:t>□</w:t>
      </w:r>
      <w:r>
        <w:t>Atypical Alzheimer’s</w:t>
      </w:r>
    </w:p>
    <w:p w:rsidRPr="006C41F4" w:rsidR="00295129" w:rsidP="00A8386C" w:rsidRDefault="006C41F4" w14:paraId="768B0457" w14:textId="4A187870">
      <w:pPr>
        <w:spacing w:after="0"/>
        <w:ind w:left="180"/>
      </w:pPr>
      <w:r w:rsidRPr="006C41F4">
        <w:t>What additional h</w:t>
      </w:r>
      <w:r w:rsidRPr="006C41F4" w:rsidR="00295129">
        <w:t>ealth conditions</w:t>
      </w:r>
      <w:r w:rsidRPr="006C41F4">
        <w:t xml:space="preserve"> does the person with dementia have?</w:t>
      </w:r>
      <w:r>
        <w:t xml:space="preserve"> (check all that apply)</w:t>
      </w:r>
    </w:p>
    <w:p w:rsidR="00295129" w:rsidP="006C41F4" w:rsidRDefault="006C41F4" w14:paraId="4E32636F" w14:textId="4FA9F39C">
      <w:pPr>
        <w:spacing w:after="0"/>
        <w:ind w:left="720"/>
      </w:pPr>
      <w:r>
        <w:rPr>
          <w:rFonts w:hint="eastAsia"/>
        </w:rPr>
        <w:t>□</w:t>
      </w:r>
      <w:r>
        <w:t xml:space="preserve"> </w:t>
      </w:r>
      <w:r w:rsidR="00295129">
        <w:rPr>
          <w:rFonts w:hint="eastAsia"/>
        </w:rPr>
        <w:t>High blood pressure</w:t>
      </w:r>
      <w:r>
        <w:tab/>
      </w:r>
      <w:r>
        <w:tab/>
      </w:r>
      <w:r>
        <w:rPr>
          <w:rFonts w:hint="eastAsia"/>
        </w:rPr>
        <w:t>□</w:t>
      </w:r>
      <w:r>
        <w:t xml:space="preserve"> </w:t>
      </w:r>
      <w:r>
        <w:rPr>
          <w:rFonts w:hint="eastAsia"/>
        </w:rPr>
        <w:t>Cancer</w:t>
      </w:r>
    </w:p>
    <w:p w:rsidR="006C41F4" w:rsidP="006C41F4" w:rsidRDefault="006C41F4" w14:paraId="765763CE" w14:textId="45F38C13">
      <w:pPr>
        <w:spacing w:after="0"/>
        <w:ind w:left="720"/>
      </w:pPr>
      <w:r>
        <w:rPr>
          <w:rFonts w:hint="eastAsia"/>
        </w:rPr>
        <w:t>□</w:t>
      </w:r>
      <w:r>
        <w:t xml:space="preserve"> </w:t>
      </w:r>
      <w:r w:rsidR="00295129">
        <w:rPr>
          <w:rFonts w:hint="eastAsia"/>
        </w:rPr>
        <w:t>Heart condition</w:t>
      </w:r>
      <w:r w:rsidR="00295129">
        <w:rPr>
          <w:rFonts w:hint="eastAsia"/>
        </w:rPr>
        <w:tab/>
      </w:r>
      <w:r w:rsidR="00295129">
        <w:tab/>
      </w:r>
      <w:r w:rsidR="00295129">
        <w:tab/>
      </w:r>
      <w:r>
        <w:rPr>
          <w:rFonts w:hint="eastAsia"/>
        </w:rPr>
        <w:t>□</w:t>
      </w:r>
      <w:r>
        <w:t xml:space="preserve"> </w:t>
      </w:r>
      <w:r>
        <w:rPr>
          <w:rFonts w:hint="eastAsia"/>
        </w:rPr>
        <w:t xml:space="preserve">Stroke </w:t>
      </w:r>
    </w:p>
    <w:p w:rsidR="00295129" w:rsidP="006C41F4" w:rsidRDefault="006C41F4" w14:paraId="49FD6DC2" w14:textId="2B519E07">
      <w:pPr>
        <w:spacing w:after="0"/>
        <w:ind w:left="720"/>
      </w:pPr>
      <w:r>
        <w:rPr>
          <w:rFonts w:hint="eastAsia"/>
        </w:rPr>
        <w:t>□</w:t>
      </w:r>
      <w:r>
        <w:t xml:space="preserve"> </w:t>
      </w:r>
      <w:r w:rsidR="00295129">
        <w:rPr>
          <w:rFonts w:hint="eastAsia"/>
        </w:rPr>
        <w:t>Chronic lung disease</w:t>
      </w:r>
      <w:r w:rsidR="00295129">
        <w:rPr>
          <w:rFonts w:hint="eastAsia"/>
        </w:rPr>
        <w:tab/>
      </w:r>
      <w:r w:rsidR="00295129">
        <w:tab/>
      </w:r>
      <w:r>
        <w:rPr>
          <w:rFonts w:hint="eastAsia"/>
        </w:rPr>
        <w:t>□</w:t>
      </w:r>
      <w:r>
        <w:t xml:space="preserve"> </w:t>
      </w:r>
      <w:r>
        <w:rPr>
          <w:rFonts w:hint="eastAsia"/>
        </w:rPr>
        <w:t>Recurring urinary tract infections</w:t>
      </w:r>
    </w:p>
    <w:p w:rsidR="00295129" w:rsidP="006C41F4" w:rsidRDefault="006C41F4" w14:paraId="23E145E9" w14:textId="7528464F">
      <w:pPr>
        <w:spacing w:after="0"/>
        <w:ind w:left="720"/>
      </w:pPr>
      <w:r>
        <w:rPr>
          <w:rFonts w:hint="eastAsia"/>
        </w:rPr>
        <w:t>□</w:t>
      </w:r>
      <w:r>
        <w:t xml:space="preserve"> </w:t>
      </w:r>
      <w:r w:rsidR="00295129">
        <w:rPr>
          <w:rFonts w:hint="eastAsia"/>
        </w:rPr>
        <w:t>Diabetes</w:t>
      </w:r>
      <w:r w:rsidR="00295129">
        <w:rPr>
          <w:rFonts w:hint="eastAsia"/>
        </w:rPr>
        <w:tab/>
      </w:r>
      <w:r w:rsidR="00295129">
        <w:tab/>
      </w:r>
      <w:r w:rsidR="00295129">
        <w:tab/>
      </w:r>
      <w:r w:rsidR="00295129">
        <w:tab/>
      </w:r>
      <w:r>
        <w:rPr>
          <w:rFonts w:hint="eastAsia"/>
        </w:rPr>
        <w:t>□</w:t>
      </w:r>
      <w:r>
        <w:t xml:space="preserve"> </w:t>
      </w:r>
      <w:r>
        <w:rPr>
          <w:rFonts w:hint="eastAsia"/>
        </w:rPr>
        <w:t>History of falls</w:t>
      </w:r>
    </w:p>
    <w:p w:rsidR="00295129" w:rsidP="006C41F4" w:rsidRDefault="006C41F4" w14:paraId="2A96478A" w14:textId="35DAC59B">
      <w:pPr>
        <w:spacing w:after="120"/>
        <w:ind w:left="720"/>
      </w:pPr>
      <w:r>
        <w:rPr>
          <w:rFonts w:hint="eastAsia"/>
        </w:rPr>
        <w:t>□</w:t>
      </w:r>
      <w:r>
        <w:t xml:space="preserve"> </w:t>
      </w:r>
      <w:r w:rsidR="00295129">
        <w:t>Other significant health conditions:</w:t>
      </w:r>
      <w:r w:rsidR="009E47BA">
        <w:t xml:space="preserve"> _____</w:t>
      </w:r>
      <w:r w:rsidR="00295129">
        <w:t>_________________________________________</w:t>
      </w:r>
    </w:p>
    <w:p w:rsidR="00295129" w:rsidP="00A8386C" w:rsidRDefault="00295129" w14:paraId="02CB69CD" w14:textId="77777777">
      <w:pPr>
        <w:spacing w:after="0"/>
        <w:ind w:left="180"/>
      </w:pPr>
      <w:r>
        <w:rPr>
          <w:rFonts w:hint="eastAsia"/>
        </w:rPr>
        <w:t>Needs help with (check all that apply):</w:t>
      </w:r>
      <w:r>
        <w:rPr>
          <w:rFonts w:hint="eastAsia"/>
        </w:rPr>
        <w:tab/>
      </w:r>
    </w:p>
    <w:p w:rsidR="00295129" w:rsidP="003617E6" w:rsidRDefault="00295129" w14:paraId="6781B3A4" w14:textId="36DCC5FD">
      <w:pPr>
        <w:spacing w:after="120"/>
        <w:ind w:left="187" w:firstLine="547"/>
      </w:pPr>
      <w:r>
        <w:rPr>
          <w:rFonts w:hint="eastAsia"/>
        </w:rPr>
        <w:t>□</w:t>
      </w:r>
      <w:r>
        <w:rPr>
          <w:rFonts w:hint="eastAsia"/>
        </w:rPr>
        <w:t xml:space="preserve"> Bathing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Dressing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Toileting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Walking/transferring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Eating</w:t>
      </w:r>
      <w:r>
        <w:rPr>
          <w:rFonts w:hint="eastAsia"/>
        </w:rPr>
        <w:tab/>
      </w:r>
      <w:r w:rsidR="006C41F4">
        <w:tab/>
      </w:r>
      <w:r>
        <w:rPr>
          <w:rFonts w:hint="eastAsia"/>
        </w:rPr>
        <w:t>□</w:t>
      </w:r>
      <w:r>
        <w:rPr>
          <w:rFonts w:hint="eastAsia"/>
        </w:rPr>
        <w:t xml:space="preserve"> Medication management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Other</w:t>
      </w:r>
      <w:r>
        <w:t>: _________________________________</w:t>
      </w:r>
      <w:r w:rsidR="006C41F4">
        <w:t>_________</w:t>
      </w:r>
    </w:p>
    <w:p w:rsidR="00295129" w:rsidP="003617E6" w:rsidRDefault="00295129" w14:paraId="755D3E8F" w14:textId="6318AA00">
      <w:pPr>
        <w:spacing w:after="120"/>
        <w:ind w:left="187"/>
      </w:pPr>
      <w:r>
        <w:rPr>
          <w:rFonts w:hint="eastAsia"/>
        </w:rPr>
        <w:t>Takes medication for sleep or mood?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No</w:t>
      </w:r>
      <w:r>
        <w:rPr>
          <w:rFonts w:hint="eastAsia"/>
        </w:rPr>
        <w:tab/>
      </w:r>
      <w:r>
        <w:tab/>
      </w:r>
      <w:r>
        <w:rPr>
          <w:rFonts w:hint="eastAsia"/>
        </w:rPr>
        <w:t>□</w:t>
      </w:r>
      <w:r>
        <w:rPr>
          <w:rFonts w:hint="eastAsia"/>
        </w:rPr>
        <w:t xml:space="preserve"> Yes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DC63B5" w14:paraId="193C8A4B" w14:textId="77777777">
        <w:trPr>
          <w:jc w:val="center"/>
        </w:trPr>
        <w:tc>
          <w:tcPr>
            <w:tcW w:w="10080" w:type="dxa"/>
            <w:shd w:val="clear" w:color="auto" w:fill="17365D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DC63B5" w:rsidRDefault="00000000" w14:paraId="6BC5AAF6" w14:textId="77777777">
            <w:pPr>
              <w:spacing w:after="0"/>
            </w:pPr>
            <w:r>
              <w:rPr>
                <w:b/>
                <w:color w:val="FFFFFF"/>
              </w:rPr>
              <w:t>SAFETY AND BEHAVIOR</w:t>
            </w:r>
          </w:p>
        </w:tc>
      </w:tr>
    </w:tbl>
    <w:p w:rsidR="003617E6" w:rsidP="009E47BA" w:rsidRDefault="003617E6" w14:paraId="72F266B1" w14:textId="77777777">
      <w:pPr>
        <w:spacing w:after="20"/>
        <w:ind w:left="180"/>
      </w:pPr>
      <w:r>
        <w:t>Does the person with dementia do the following?</w:t>
      </w:r>
    </w:p>
    <w:p w:rsidRPr="00295129" w:rsidR="00295129" w:rsidP="009E47BA" w:rsidRDefault="00295129" w14:paraId="1335E281" w14:textId="28EEF9D0">
      <w:pPr>
        <w:spacing w:after="20"/>
        <w:ind w:left="18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E47BA">
        <w:rPr>
          <w:u w:val="single"/>
        </w:rPr>
        <w:t>No</w:t>
      </w:r>
      <w:r w:rsidRPr="00295129">
        <w:rPr>
          <w:b/>
          <w:bCs/>
        </w:rPr>
        <w:tab/>
      </w:r>
      <w:r w:rsidRPr="009E47BA">
        <w:rPr>
          <w:u w:val="single"/>
        </w:rPr>
        <w:t>Yes</w:t>
      </w:r>
    </w:p>
    <w:p w:rsidR="00295129" w:rsidP="009E47BA" w:rsidRDefault="00295129" w14:paraId="153F3D64" w14:textId="08E493EA">
      <w:pPr>
        <w:spacing w:after="20"/>
        <w:ind w:left="180"/>
      </w:pPr>
      <w:r>
        <w:rPr>
          <w:rFonts w:hint="eastAsia"/>
        </w:rPr>
        <w:t>Wanders or becomes lost</w:t>
      </w:r>
      <w:r>
        <w:tab/>
      </w:r>
      <w:r>
        <w:rPr>
          <w:rFonts w:hint="eastAsia"/>
        </w:rPr>
        <w:tab/>
      </w:r>
      <w:r>
        <w:tab/>
      </w:r>
      <w:r>
        <w:rPr>
          <w:rFonts w:hint="eastAsia"/>
        </w:rPr>
        <w:t>□</w:t>
      </w:r>
      <w:r>
        <w:rPr>
          <w:rFonts w:hint="eastAsia"/>
        </w:rPr>
        <w:tab/>
      </w:r>
      <w:r>
        <w:rPr>
          <w:rFonts w:hint="eastAsia"/>
        </w:rPr>
        <w:t>□</w:t>
      </w:r>
    </w:p>
    <w:p w:rsidR="00295129" w:rsidP="009E47BA" w:rsidRDefault="00295129" w14:paraId="3622E697" w14:textId="7FE17F7B">
      <w:pPr>
        <w:spacing w:after="20"/>
        <w:ind w:left="180"/>
      </w:pPr>
      <w:r>
        <w:rPr>
          <w:rFonts w:hint="eastAsia"/>
        </w:rPr>
        <w:t xml:space="preserve">Resists </w:t>
      </w:r>
      <w:proofErr w:type="gramStart"/>
      <w:r>
        <w:rPr>
          <w:rFonts w:hint="eastAsia"/>
        </w:rPr>
        <w:t>attempts</w:t>
      </w:r>
      <w:proofErr w:type="gramEnd"/>
      <w:r>
        <w:rPr>
          <w:rFonts w:hint="eastAsia"/>
        </w:rPr>
        <w:t xml:space="preserve"> to provide care</w:t>
      </w:r>
      <w:r>
        <w:rPr>
          <w:rFonts w:hint="eastAsia"/>
        </w:rPr>
        <w:tab/>
      </w:r>
      <w:r>
        <w:tab/>
      </w:r>
      <w:r>
        <w:rPr>
          <w:rFonts w:hint="eastAsia"/>
        </w:rPr>
        <w:t>□</w:t>
      </w:r>
      <w:r>
        <w:rPr>
          <w:rFonts w:hint="eastAsia"/>
        </w:rPr>
        <w:tab/>
      </w:r>
      <w:r>
        <w:rPr>
          <w:rFonts w:hint="eastAsia"/>
        </w:rPr>
        <w:t>□</w:t>
      </w:r>
    </w:p>
    <w:p w:rsidR="00295129" w:rsidP="009E47BA" w:rsidRDefault="00295129" w14:paraId="73F510B5" w14:textId="55CEF6DE">
      <w:pPr>
        <w:spacing w:after="20"/>
        <w:ind w:left="180"/>
      </w:pPr>
      <w:r>
        <w:rPr>
          <w:rFonts w:hint="eastAsia"/>
        </w:rPr>
        <w:t>Uses verbally aggressive language</w:t>
      </w:r>
      <w:r>
        <w:rPr>
          <w:rFonts w:hint="eastAsia"/>
        </w:rPr>
        <w:tab/>
      </w:r>
      <w:r>
        <w:tab/>
      </w:r>
      <w:r>
        <w:rPr>
          <w:rFonts w:hint="eastAsia"/>
        </w:rPr>
        <w:t>□</w:t>
      </w:r>
      <w:r>
        <w:rPr>
          <w:rFonts w:hint="eastAsia"/>
        </w:rPr>
        <w:tab/>
      </w:r>
      <w:r>
        <w:rPr>
          <w:rFonts w:hint="eastAsia"/>
        </w:rPr>
        <w:t>□</w:t>
      </w:r>
    </w:p>
    <w:p w:rsidR="00295129" w:rsidP="009E47BA" w:rsidRDefault="00295129" w14:paraId="1B8EF880" w14:textId="6B3B1CDB">
      <w:pPr>
        <w:spacing w:after="20"/>
        <w:ind w:left="180"/>
      </w:pPr>
      <w:r>
        <w:rPr>
          <w:rFonts w:hint="eastAsia"/>
        </w:rPr>
        <w:t>Sleeps through the night</w:t>
      </w:r>
      <w:r>
        <w:rPr>
          <w:rFonts w:hint="eastAsia"/>
        </w:rPr>
        <w:tab/>
      </w:r>
      <w:r>
        <w:tab/>
      </w:r>
      <w:r>
        <w:tab/>
      </w:r>
      <w:r>
        <w:rPr>
          <w:rFonts w:hint="eastAsia"/>
        </w:rPr>
        <w:t>□</w:t>
      </w:r>
      <w:r>
        <w:rPr>
          <w:rFonts w:hint="eastAsia"/>
        </w:rPr>
        <w:tab/>
      </w:r>
      <w:r>
        <w:rPr>
          <w:rFonts w:hint="eastAsia"/>
        </w:rPr>
        <w:t>□</w:t>
      </w:r>
    </w:p>
    <w:p w:rsidR="00295129" w:rsidP="009E47BA" w:rsidRDefault="00295129" w14:paraId="56E00D02" w14:textId="084F74A9">
      <w:pPr>
        <w:spacing w:after="20"/>
        <w:ind w:left="180"/>
      </w:pPr>
      <w:r>
        <w:rPr>
          <w:rFonts w:hint="eastAsia"/>
        </w:rPr>
        <w:t>Willingly takes medications</w:t>
      </w:r>
      <w:r>
        <w:rPr>
          <w:rFonts w:hint="eastAsia"/>
        </w:rPr>
        <w:tab/>
      </w:r>
      <w:r>
        <w:tab/>
      </w:r>
      <w:r>
        <w:tab/>
      </w:r>
      <w:r>
        <w:rPr>
          <w:rFonts w:hint="eastAsia"/>
        </w:rPr>
        <w:t>□</w:t>
      </w:r>
      <w:r>
        <w:rPr>
          <w:rFonts w:hint="eastAsia"/>
        </w:rPr>
        <w:tab/>
      </w:r>
      <w:r>
        <w:rPr>
          <w:rFonts w:hint="eastAsia"/>
        </w:rPr>
        <w:t>□</w:t>
      </w:r>
    </w:p>
    <w:p w:rsidR="00DC63B5" w:rsidP="003617E6" w:rsidRDefault="00295129" w14:paraId="710C1E6E" w14:textId="585A951A">
      <w:pPr>
        <w:spacing w:after="120"/>
        <w:ind w:left="187"/>
      </w:pPr>
      <w:r>
        <w:rPr>
          <w:rFonts w:hint="eastAsia"/>
        </w:rPr>
        <w:t>Cooperates with bathing and dressing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ab/>
      </w:r>
      <w:r>
        <w:rPr>
          <w:rFonts w:hint="eastAsia"/>
        </w:rPr>
        <w:t>□</w:t>
      </w:r>
      <w:r w:rsidR="003617E6">
        <w:br w:type="page"/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DC63B5" w14:paraId="4BDF3873" w14:textId="77777777">
        <w:trPr>
          <w:jc w:val="center"/>
        </w:trPr>
        <w:tc>
          <w:tcPr>
            <w:tcW w:w="10080" w:type="dxa"/>
            <w:shd w:val="clear" w:color="auto" w:fill="17365D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DC63B5" w:rsidRDefault="00000000" w14:paraId="2DAC73B2" w14:textId="77777777">
            <w:pPr>
              <w:spacing w:after="0"/>
            </w:pPr>
            <w:r>
              <w:rPr>
                <w:b/>
                <w:color w:val="FFFFFF"/>
              </w:rPr>
              <w:t>MOBILITY AND CONTINENCE</w:t>
            </w:r>
          </w:p>
        </w:tc>
      </w:tr>
    </w:tbl>
    <w:p w:rsidR="00A8386C" w:rsidP="009E47BA" w:rsidRDefault="00A8386C" w14:paraId="19F2F630" w14:textId="55B303E9">
      <w:pPr>
        <w:spacing w:before="120" w:after="20"/>
        <w:ind w:left="187"/>
      </w:pPr>
      <w:r w:rsidRPr="00A8386C">
        <w:t>Is the person confined to bed?</w:t>
      </w:r>
      <w:r w:rsidRPr="00A8386C">
        <w:tab/>
      </w:r>
      <w:r>
        <w:rPr>
          <w:rFonts w:hint="eastAsia"/>
        </w:rPr>
        <w:t>□</w:t>
      </w:r>
      <w:r w:rsidR="00FA4975">
        <w:t xml:space="preserve"> </w:t>
      </w:r>
      <w:r w:rsidRPr="00A8386C">
        <w:t>No</w:t>
      </w:r>
      <w:r w:rsidRPr="00A8386C">
        <w:tab/>
      </w:r>
      <w:r w:rsidR="00FA4975">
        <w:tab/>
      </w:r>
      <w:r>
        <w:rPr>
          <w:rFonts w:hint="eastAsia"/>
        </w:rPr>
        <w:t>□</w:t>
      </w:r>
      <w:r w:rsidR="00FA4975">
        <w:t xml:space="preserve"> </w:t>
      </w:r>
      <w:r w:rsidRPr="00A8386C">
        <w:t>Yes</w:t>
      </w:r>
    </w:p>
    <w:p w:rsidR="00A8386C" w:rsidP="00A8386C" w:rsidRDefault="00A8386C" w14:paraId="6550D066" w14:textId="47E2E983">
      <w:pPr>
        <w:spacing w:after="0"/>
      </w:pPr>
      <w:r>
        <w:tab/>
      </w:r>
      <w:r w:rsidRPr="009E47BA" w:rsidR="009E47BA">
        <w:rPr>
          <w:u w:val="single"/>
        </w:rPr>
        <w:t>If no, can they</w:t>
      </w:r>
      <w:r w:rsidR="009E47BA">
        <w:rPr>
          <w:u w:val="single"/>
        </w:rPr>
        <w:t xml:space="preserve"> </w:t>
      </w:r>
      <w:r w:rsidRPr="009E47BA" w:rsidR="009E47BA">
        <w:rPr>
          <w:u w:val="single"/>
        </w:rPr>
        <w:t>….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E47BA">
        <w:rPr>
          <w:u w:val="single"/>
        </w:rPr>
        <w:t>Without help</w:t>
      </w:r>
      <w:r>
        <w:tab/>
      </w:r>
      <w:proofErr w:type="gramStart"/>
      <w:r w:rsidRPr="009E47BA">
        <w:rPr>
          <w:u w:val="single"/>
        </w:rPr>
        <w:t>With</w:t>
      </w:r>
      <w:proofErr w:type="gramEnd"/>
      <w:r w:rsidRPr="009E47BA">
        <w:rPr>
          <w:u w:val="single"/>
        </w:rPr>
        <w:t xml:space="preserve"> help</w:t>
      </w:r>
      <w:r>
        <w:tab/>
      </w:r>
      <w:r w:rsidRPr="009E47BA">
        <w:rPr>
          <w:u w:val="single"/>
        </w:rPr>
        <w:t>Unable</w:t>
      </w:r>
    </w:p>
    <w:p w:rsidR="00A8386C" w:rsidP="00A8386C" w:rsidRDefault="009E47BA" w14:paraId="6857C600" w14:textId="31577CFD">
      <w:pPr>
        <w:spacing w:after="0"/>
        <w:ind w:left="720"/>
      </w:pPr>
      <w:r>
        <w:t>G</w:t>
      </w:r>
      <w:r w:rsidR="00A8386C">
        <w:rPr>
          <w:rFonts w:hint="eastAsia"/>
        </w:rPr>
        <w:t>et out of the house</w:t>
      </w:r>
      <w:r w:rsidR="00A8386C">
        <w:rPr>
          <w:rFonts w:hint="eastAsia"/>
        </w:rPr>
        <w:tab/>
      </w:r>
      <w:r w:rsidR="00A8386C">
        <w:tab/>
      </w:r>
      <w:r w:rsidR="00A8386C">
        <w:tab/>
      </w:r>
      <w:r w:rsidR="00A8386C">
        <w:tab/>
      </w:r>
      <w:r>
        <w:tab/>
      </w:r>
      <w:r w:rsidR="00A8386C">
        <w:tab/>
      </w:r>
      <w:r>
        <w:t xml:space="preserve">         </w:t>
      </w:r>
      <w:r w:rsidR="00A8386C">
        <w:rPr>
          <w:rFonts w:hint="eastAsia"/>
        </w:rPr>
        <w:t>□</w:t>
      </w:r>
      <w:r w:rsidR="00A8386C">
        <w:rPr>
          <w:rFonts w:hint="eastAsia"/>
        </w:rPr>
        <w:tab/>
      </w:r>
      <w:r>
        <w:t xml:space="preserve">      </w:t>
      </w:r>
      <w:r w:rsidR="00A8386C">
        <w:rPr>
          <w:rFonts w:hint="eastAsia"/>
        </w:rPr>
        <w:t>□</w:t>
      </w:r>
      <w:r w:rsidR="00A8386C">
        <w:rPr>
          <w:rFonts w:hint="eastAsia"/>
        </w:rPr>
        <w:tab/>
      </w:r>
      <w:r w:rsidR="00A8386C">
        <w:tab/>
      </w:r>
      <w:r>
        <w:t xml:space="preserve">    </w:t>
      </w:r>
      <w:r w:rsidR="00A8386C">
        <w:rPr>
          <w:rFonts w:hint="eastAsia"/>
        </w:rPr>
        <w:t>□</w:t>
      </w:r>
    </w:p>
    <w:p w:rsidR="00A8386C" w:rsidP="00A8386C" w:rsidRDefault="00A8386C" w14:paraId="0A53CBE4" w14:textId="4A77D6A7">
      <w:pPr>
        <w:spacing w:after="0"/>
        <w:ind w:firstLine="720"/>
      </w:pPr>
      <w:r>
        <w:rPr>
          <w:rFonts w:hint="eastAsia"/>
        </w:rPr>
        <w:t>Walk around inside the house</w:t>
      </w:r>
      <w:r>
        <w:rPr>
          <w:rFonts w:hint="eastAsia"/>
        </w:rPr>
        <w:tab/>
      </w:r>
      <w:r>
        <w:tab/>
      </w:r>
      <w:r>
        <w:tab/>
      </w:r>
      <w:r>
        <w:tab/>
      </w:r>
      <w:r w:rsidR="009E47BA">
        <w:t xml:space="preserve">         </w:t>
      </w:r>
      <w:r w:rsidR="009E47BA">
        <w:rPr>
          <w:rFonts w:hint="eastAsia"/>
        </w:rPr>
        <w:t>□</w:t>
      </w:r>
      <w:r w:rsidR="009E47BA">
        <w:rPr>
          <w:rFonts w:hint="eastAsia"/>
        </w:rPr>
        <w:tab/>
      </w:r>
      <w:r w:rsidR="009E47BA">
        <w:t xml:space="preserve">      </w:t>
      </w:r>
      <w:r w:rsidR="009E47BA">
        <w:rPr>
          <w:rFonts w:hint="eastAsia"/>
        </w:rPr>
        <w:t>□</w:t>
      </w:r>
      <w:r w:rsidR="009E47BA">
        <w:rPr>
          <w:rFonts w:hint="eastAsia"/>
        </w:rPr>
        <w:tab/>
      </w:r>
      <w:r w:rsidR="009E47BA">
        <w:tab/>
      </w:r>
      <w:r w:rsidR="009E47BA">
        <w:t xml:space="preserve">    </w:t>
      </w:r>
      <w:r w:rsidR="009E47BA">
        <w:rPr>
          <w:rFonts w:hint="eastAsia"/>
        </w:rPr>
        <w:t>□</w:t>
      </w:r>
    </w:p>
    <w:p w:rsidR="00DC63B5" w:rsidP="00A8386C" w:rsidRDefault="00A8386C" w14:paraId="4D8563E0" w14:textId="727298A9">
      <w:pPr>
        <w:spacing w:after="120"/>
        <w:ind w:firstLine="720"/>
      </w:pPr>
      <w:r>
        <w:rPr>
          <w:rFonts w:hint="eastAsia"/>
        </w:rPr>
        <w:t>Transfer between bed</w:t>
      </w:r>
      <w:r>
        <w:t xml:space="preserve">, </w:t>
      </w:r>
      <w:r>
        <w:rPr>
          <w:rFonts w:hint="eastAsia"/>
        </w:rPr>
        <w:t>chair, wheelchair, or commode</w:t>
      </w:r>
      <w:r>
        <w:rPr>
          <w:rFonts w:hint="eastAsia"/>
        </w:rPr>
        <w:tab/>
      </w:r>
      <w:r w:rsidR="009E47BA">
        <w:t xml:space="preserve">         </w:t>
      </w:r>
      <w:r w:rsidR="009E47BA">
        <w:rPr>
          <w:rFonts w:hint="eastAsia"/>
        </w:rPr>
        <w:t>□</w:t>
      </w:r>
      <w:r w:rsidR="009E47BA">
        <w:rPr>
          <w:rFonts w:hint="eastAsia"/>
        </w:rPr>
        <w:tab/>
      </w:r>
      <w:r w:rsidR="009E47BA">
        <w:t xml:space="preserve">      </w:t>
      </w:r>
      <w:r w:rsidR="009E47BA">
        <w:rPr>
          <w:rFonts w:hint="eastAsia"/>
        </w:rPr>
        <w:t>□</w:t>
      </w:r>
      <w:r w:rsidR="009E47BA">
        <w:rPr>
          <w:rFonts w:hint="eastAsia"/>
        </w:rPr>
        <w:tab/>
      </w:r>
      <w:r w:rsidR="009E47BA">
        <w:tab/>
      </w:r>
      <w:r w:rsidR="009E47BA">
        <w:t xml:space="preserve">    </w:t>
      </w:r>
      <w:r w:rsidR="009E47BA">
        <w:rPr>
          <w:rFonts w:hint="eastAsia"/>
        </w:rPr>
        <w:t>□</w:t>
      </w:r>
    </w:p>
    <w:p w:rsidR="00A8386C" w:rsidP="00A8386C" w:rsidRDefault="00A8386C" w14:paraId="1C1524E6" w14:textId="48D6D525">
      <w:pPr>
        <w:spacing w:after="20"/>
        <w:ind w:firstLine="720"/>
      </w:pPr>
      <w:r>
        <w:tab/>
      </w:r>
      <w:r>
        <w:tab/>
      </w:r>
      <w:r>
        <w:tab/>
      </w:r>
      <w:r w:rsidRPr="009E47BA">
        <w:rPr>
          <w:u w:val="single"/>
        </w:rPr>
        <w:t>Usually</w:t>
      </w:r>
      <w:r>
        <w:tab/>
      </w:r>
      <w:r>
        <w:tab/>
      </w:r>
      <w:r w:rsidRPr="009E47BA">
        <w:rPr>
          <w:u w:val="single"/>
        </w:rPr>
        <w:t>Sometimes</w:t>
      </w:r>
      <w:r>
        <w:tab/>
      </w:r>
      <w:r w:rsidRPr="009E47BA">
        <w:rPr>
          <w:u w:val="single"/>
        </w:rPr>
        <w:t>Rarely/ Never</w:t>
      </w:r>
    </w:p>
    <w:p w:rsidR="00A8386C" w:rsidP="00A8386C" w:rsidRDefault="00A8386C" w14:paraId="723544B9" w14:textId="67B46C91">
      <w:pPr>
        <w:spacing w:after="20"/>
        <w:ind w:firstLine="180"/>
      </w:pPr>
      <w:r>
        <w:rPr>
          <w:rFonts w:hint="eastAsia"/>
        </w:rPr>
        <w:t>Controls bowel function</w:t>
      </w:r>
      <w:r>
        <w:rPr>
          <w:rFonts w:hint="eastAsia"/>
        </w:rPr>
        <w:tab/>
      </w:r>
      <w:r w:rsidR="009E47BA">
        <w:t xml:space="preserve">    </w:t>
      </w:r>
      <w:r>
        <w:rPr>
          <w:rFonts w:hint="eastAsia"/>
        </w:rPr>
        <w:t>□</w:t>
      </w:r>
      <w:r>
        <w:rPr>
          <w:rFonts w:hint="eastAsia"/>
        </w:rPr>
        <w:tab/>
      </w:r>
      <w:r>
        <w:tab/>
      </w:r>
      <w:r w:rsidR="009E47BA">
        <w:t xml:space="preserve">        </w:t>
      </w:r>
      <w:r>
        <w:rPr>
          <w:rFonts w:hint="eastAsia"/>
        </w:rPr>
        <w:t>□</w:t>
      </w:r>
      <w:r>
        <w:rPr>
          <w:rFonts w:hint="eastAsia"/>
        </w:rPr>
        <w:tab/>
      </w:r>
      <w:r>
        <w:tab/>
      </w:r>
      <w:r w:rsidR="009E47BA">
        <w:t xml:space="preserve">          </w:t>
      </w:r>
      <w:r>
        <w:rPr>
          <w:rFonts w:hint="eastAsia"/>
        </w:rPr>
        <w:t>□</w:t>
      </w:r>
    </w:p>
    <w:p w:rsidR="009009FF" w:rsidP="003617E6" w:rsidRDefault="00A8386C" w14:paraId="0A007D9D" w14:textId="580B9227">
      <w:pPr>
        <w:spacing w:after="120"/>
        <w:ind w:firstLine="187"/>
      </w:pPr>
      <w:r>
        <w:rPr>
          <w:rFonts w:hint="eastAsia"/>
        </w:rPr>
        <w:t>Controls bladder function</w:t>
      </w:r>
      <w:r>
        <w:rPr>
          <w:rFonts w:hint="eastAsia"/>
        </w:rPr>
        <w:tab/>
      </w:r>
      <w:r w:rsidR="009E47BA">
        <w:t xml:space="preserve">    </w:t>
      </w:r>
      <w:r w:rsidR="009E47BA">
        <w:rPr>
          <w:rFonts w:hint="eastAsia"/>
        </w:rPr>
        <w:t>□</w:t>
      </w:r>
      <w:r w:rsidR="009E47BA">
        <w:rPr>
          <w:rFonts w:hint="eastAsia"/>
        </w:rPr>
        <w:tab/>
      </w:r>
      <w:r w:rsidR="009E47BA">
        <w:tab/>
      </w:r>
      <w:r w:rsidR="009E47BA">
        <w:t xml:space="preserve">        </w:t>
      </w:r>
      <w:r w:rsidR="009E47BA">
        <w:rPr>
          <w:rFonts w:hint="eastAsia"/>
        </w:rPr>
        <w:t>□</w:t>
      </w:r>
      <w:r w:rsidR="009E47BA">
        <w:rPr>
          <w:rFonts w:hint="eastAsia"/>
        </w:rPr>
        <w:tab/>
      </w:r>
      <w:r w:rsidR="009E47BA">
        <w:tab/>
      </w:r>
      <w:r w:rsidR="009E47BA">
        <w:t xml:space="preserve">          </w:t>
      </w:r>
      <w:r w:rsidR="009E47BA">
        <w:rPr>
          <w:rFonts w:hint="eastAsia"/>
        </w:rPr>
        <w:t>□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9009FF" w:rsidTr="009009FF" w14:paraId="2F576CA6" w14:textId="77777777">
        <w:trPr>
          <w:jc w:val="center"/>
        </w:trPr>
        <w:tc>
          <w:tcPr>
            <w:tcW w:w="10080" w:type="dxa"/>
            <w:shd w:val="clear" w:color="auto" w:fill="17365D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009FF" w:rsidP="009009FF" w:rsidRDefault="009009FF" w14:paraId="7463AFAD" w14:textId="77777777">
            <w:pPr>
              <w:spacing w:after="0"/>
            </w:pPr>
            <w:r>
              <w:rPr>
                <w:b/>
                <w:color w:val="FFFFFF"/>
              </w:rPr>
              <w:t>CAREGIVER HEALTH AND WELL-BEING</w:t>
            </w:r>
          </w:p>
        </w:tc>
      </w:tr>
    </w:tbl>
    <w:p w:rsidR="001F4548" w:rsidP="00217156" w:rsidRDefault="001F4548" w14:paraId="4786F87C" w14:textId="44EE0353">
      <w:pPr>
        <w:spacing w:before="120" w:after="120"/>
        <w:ind w:left="187"/>
      </w:pPr>
      <w:r>
        <w:t xml:space="preserve">Overall </w:t>
      </w:r>
      <w:r w:rsidR="35A8551A">
        <w:t xml:space="preserve">caregiver </w:t>
      </w:r>
      <w:r>
        <w:t>physical health:</w:t>
      </w:r>
      <w:proofErr w:type="gramStart"/>
      <w:r>
        <w:tab/>
      </w:r>
      <w:r w:rsidR="003617E6">
        <w:t xml:space="preserve">  </w:t>
      </w:r>
      <w:r w:rsidR="00FA4975">
        <w:rPr>
          <w:rFonts w:hint="eastAsia"/>
        </w:rPr>
        <w:t>□</w:t>
      </w:r>
      <w:proofErr w:type="gramEnd"/>
      <w:r w:rsidR="00FA4975">
        <w:rPr>
          <w:rFonts w:hint="eastAsia"/>
        </w:rPr>
        <w:t xml:space="preserve"> </w:t>
      </w:r>
      <w:r w:rsidR="003617E6">
        <w:t xml:space="preserve">Great      </w:t>
      </w:r>
      <w:r w:rsidR="00FA4975">
        <w:rPr>
          <w:rFonts w:hint="eastAsia"/>
        </w:rPr>
        <w:t>□</w:t>
      </w:r>
      <w:r w:rsidR="00FA4975">
        <w:rPr>
          <w:rFonts w:hint="eastAsia"/>
        </w:rPr>
        <w:t xml:space="preserve"> </w:t>
      </w:r>
      <w:r>
        <w:t>Good</w:t>
      </w:r>
      <w:r w:rsidR="003617E6">
        <w:t xml:space="preserve">      </w:t>
      </w:r>
      <w:r w:rsidR="00FA4975">
        <w:rPr>
          <w:rFonts w:hint="eastAsia"/>
        </w:rPr>
        <w:t>□</w:t>
      </w:r>
      <w:r w:rsidR="00FA4975">
        <w:rPr>
          <w:rFonts w:hint="eastAsia"/>
        </w:rPr>
        <w:t xml:space="preserve"> </w:t>
      </w:r>
      <w:r w:rsidR="003617E6">
        <w:t xml:space="preserve">Okay      </w:t>
      </w:r>
      <w:r w:rsidR="00FA4975">
        <w:rPr>
          <w:rFonts w:hint="eastAsia"/>
        </w:rPr>
        <w:t>□</w:t>
      </w:r>
      <w:r w:rsidR="00FA4975">
        <w:rPr>
          <w:rFonts w:hint="eastAsia"/>
        </w:rPr>
        <w:t xml:space="preserve"> </w:t>
      </w:r>
      <w:r w:rsidR="003617E6">
        <w:t xml:space="preserve">Fair      </w:t>
      </w:r>
      <w:r w:rsidR="00FA4975">
        <w:rPr>
          <w:rFonts w:hint="eastAsia"/>
        </w:rPr>
        <w:t>□</w:t>
      </w:r>
      <w:r w:rsidR="00FA4975">
        <w:rPr>
          <w:rFonts w:hint="eastAsia"/>
        </w:rPr>
        <w:t xml:space="preserve"> </w:t>
      </w:r>
      <w:r>
        <w:t>Poor</w:t>
      </w:r>
    </w:p>
    <w:p w:rsidR="001F4548" w:rsidP="001F4548" w:rsidRDefault="001F4548" w14:paraId="1FF795B9" w14:textId="2BF2664B">
      <w:pPr>
        <w:spacing w:after="20"/>
        <w:ind w:left="180"/>
      </w:pPr>
      <w:r>
        <w:t xml:space="preserve">Overall </w:t>
      </w:r>
      <w:r w:rsidR="75062C5E">
        <w:t xml:space="preserve">caregiver </w:t>
      </w:r>
      <w:r>
        <w:t>emotional or mental health:</w:t>
      </w:r>
      <w:r w:rsidR="003617E6">
        <w:t xml:space="preserve">  </w:t>
      </w:r>
      <w:r w:rsidR="00FA4975">
        <w:t xml:space="preserve"> </w:t>
      </w:r>
      <w:r w:rsidR="003617E6">
        <w:t xml:space="preserve">  </w:t>
      </w:r>
      <w:r w:rsidR="00FA4975">
        <w:rPr>
          <w:rFonts w:hint="eastAsia"/>
        </w:rPr>
        <w:t>□</w:t>
      </w:r>
      <w:r w:rsidR="00FA4975">
        <w:rPr>
          <w:rFonts w:hint="eastAsia"/>
        </w:rPr>
        <w:t xml:space="preserve"> </w:t>
      </w:r>
      <w:r w:rsidR="003617E6">
        <w:t xml:space="preserve">Great     </w:t>
      </w:r>
      <w:r w:rsidR="00FA4975">
        <w:rPr>
          <w:rFonts w:hint="eastAsia"/>
        </w:rPr>
        <w:t>□</w:t>
      </w:r>
      <w:r w:rsidR="00FA4975">
        <w:rPr>
          <w:rFonts w:hint="eastAsia"/>
        </w:rPr>
        <w:t xml:space="preserve"> </w:t>
      </w:r>
      <w:r>
        <w:t>Good</w:t>
      </w:r>
      <w:r w:rsidR="003617E6">
        <w:t xml:space="preserve">    </w:t>
      </w:r>
      <w:r w:rsidR="00FA4975">
        <w:t xml:space="preserve"> </w:t>
      </w:r>
      <w:r w:rsidR="003617E6">
        <w:t xml:space="preserve"> </w:t>
      </w:r>
      <w:r w:rsidR="00FA4975">
        <w:rPr>
          <w:rFonts w:hint="eastAsia"/>
        </w:rPr>
        <w:t>□</w:t>
      </w:r>
      <w:r w:rsidR="00FA4975">
        <w:rPr>
          <w:rFonts w:hint="eastAsia"/>
        </w:rPr>
        <w:t xml:space="preserve"> </w:t>
      </w:r>
      <w:r w:rsidR="003617E6">
        <w:t xml:space="preserve">Okay   </w:t>
      </w:r>
      <w:r w:rsidR="00FA4975">
        <w:rPr>
          <w:rFonts w:hint="eastAsia"/>
        </w:rPr>
        <w:t>□</w:t>
      </w:r>
      <w:r w:rsidR="00FA4975">
        <w:rPr>
          <w:rFonts w:hint="eastAsia"/>
        </w:rPr>
        <w:t xml:space="preserve"> </w:t>
      </w:r>
      <w:r>
        <w:t>Fair</w:t>
      </w:r>
      <w:r w:rsidR="003617E6">
        <w:t xml:space="preserve">      </w:t>
      </w:r>
      <w:r w:rsidR="00FA4975">
        <w:rPr>
          <w:rFonts w:hint="eastAsia"/>
        </w:rPr>
        <w:t>□</w:t>
      </w:r>
      <w:r w:rsidR="00FA4975">
        <w:rPr>
          <w:rFonts w:hint="eastAsia"/>
        </w:rPr>
        <w:t xml:space="preserve"> </w:t>
      </w:r>
      <w:r>
        <w:t>Poor</w:t>
      </w:r>
    </w:p>
    <w:p w:rsidR="00217156" w:rsidP="003A3845" w:rsidRDefault="001F4548" w14:paraId="4D9A61A0" w14:textId="45B94DE5">
      <w:pPr>
        <w:spacing w:before="120" w:after="0"/>
        <w:ind w:left="187"/>
      </w:pPr>
      <w:r>
        <w:t xml:space="preserve">Conditions affecting the </w:t>
      </w:r>
      <w:r w:rsidR="61B8C201">
        <w:t>caregiver’s a</w:t>
      </w:r>
      <w:r>
        <w:t>bility to provide care</w:t>
      </w:r>
      <w:r w:rsidR="7C9689F9">
        <w:t>: (check all that apply)</w:t>
      </w:r>
      <w:r w:rsidR="57854FAF">
        <w:t xml:space="preserve"> </w:t>
      </w:r>
    </w:p>
    <w:p w:rsidR="00217156" w:rsidP="00217156" w:rsidRDefault="001F4548" w14:paraId="2E9FD44D" w14:textId="59DF3CEB">
      <w:pPr>
        <w:spacing w:after="0"/>
        <w:ind w:left="187"/>
      </w:pP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Heart condition</w:t>
      </w:r>
      <w:r>
        <w:rPr>
          <w:rFonts w:hint="eastAsia"/>
        </w:rPr>
        <w:tab/>
      </w:r>
      <w:r w:rsidR="00217156">
        <w:tab/>
      </w:r>
      <w:r>
        <w:rPr>
          <w:rFonts w:hint="eastAsia"/>
        </w:rPr>
        <w:t>□</w:t>
      </w:r>
      <w:r>
        <w:rPr>
          <w:rFonts w:hint="eastAsia"/>
        </w:rPr>
        <w:t xml:space="preserve"> Arthritis/joint problems</w:t>
      </w:r>
      <w:r>
        <w:rPr>
          <w:rFonts w:hint="eastAsia"/>
        </w:rPr>
        <w:tab/>
      </w:r>
      <w:r w:rsidR="00217156">
        <w:tab/>
      </w:r>
      <w:r>
        <w:rPr>
          <w:rFonts w:hint="eastAsia"/>
        </w:rPr>
        <w:t>□</w:t>
      </w:r>
      <w:r>
        <w:rPr>
          <w:rFonts w:hint="eastAsia"/>
        </w:rPr>
        <w:t xml:space="preserve"> Loss of sleep</w:t>
      </w:r>
    </w:p>
    <w:p w:rsidRPr="003617E6" w:rsidR="00DC63B5" w:rsidP="003617E6" w:rsidRDefault="001F4548" w14:paraId="5D09CBAE" w14:textId="28C9E5E5">
      <w:pPr>
        <w:spacing w:after="120"/>
        <w:ind w:left="187"/>
      </w:pP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Stress, anxiety, or depression</w:t>
      </w:r>
      <w:r>
        <w:tab/>
      </w:r>
      <w:r>
        <w:rPr>
          <w:rFonts w:hint="eastAsia"/>
        </w:rPr>
        <w:t>□</w:t>
      </w:r>
      <w:r>
        <w:rPr>
          <w:rFonts w:hint="eastAsia"/>
        </w:rPr>
        <w:t xml:space="preserve"> Other</w:t>
      </w:r>
      <w:r>
        <w:t>: ____________________</w:t>
      </w:r>
      <w:r w:rsidR="00217156">
        <w:t>___________________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DC63B5" w14:paraId="7DA80C9B" w14:textId="77777777">
        <w:trPr>
          <w:jc w:val="center"/>
        </w:trPr>
        <w:tc>
          <w:tcPr>
            <w:tcW w:w="10080" w:type="dxa"/>
            <w:shd w:val="clear" w:color="auto" w:fill="17365D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DC63B5" w:rsidRDefault="00000000" w14:paraId="5BD7B783" w14:textId="77777777">
            <w:pPr>
              <w:spacing w:after="0"/>
            </w:pPr>
            <w:r>
              <w:rPr>
                <w:b/>
                <w:color w:val="FFFFFF"/>
              </w:rPr>
              <w:t>HOUSEHOLD FINANCIAL INFORMATION</w:t>
            </w:r>
          </w:p>
        </w:tc>
      </w:tr>
    </w:tbl>
    <w:p w:rsidR="00D517FF" w:rsidP="00217156" w:rsidRDefault="00D85D3D" w14:paraId="5DCB9807" w14:textId="030FF621">
      <w:pPr>
        <w:spacing w:before="120" w:after="20"/>
        <w:ind w:left="187"/>
      </w:pPr>
      <w:r>
        <w:rPr>
          <w:rFonts w:hint="eastAsia"/>
        </w:rPr>
        <w:t>Income sources for all adults in the home:</w:t>
      </w:r>
      <w:r w:rsidR="003617E6">
        <w:t xml:space="preserve"> (check all that apply)</w:t>
      </w:r>
    </w:p>
    <w:p w:rsidR="00D517FF" w:rsidP="00217156" w:rsidRDefault="00D85D3D" w14:paraId="6E3276FA" w14:textId="77777777">
      <w:pPr>
        <w:spacing w:after="20"/>
        <w:ind w:left="180"/>
      </w:pPr>
      <w:r>
        <w:tab/>
      </w:r>
      <w:r>
        <w:rPr>
          <w:rFonts w:hint="eastAsia"/>
        </w:rPr>
        <w:t>□</w:t>
      </w:r>
      <w:r>
        <w:rPr>
          <w:rFonts w:hint="eastAsia"/>
        </w:rPr>
        <w:t xml:space="preserve"> Employment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Social Security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Family support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Public assistance</w:t>
      </w:r>
    </w:p>
    <w:p w:rsidR="00D517FF" w:rsidP="00217156" w:rsidRDefault="00D85D3D" w14:paraId="11AE8E85" w14:textId="7A4291F0">
      <w:pPr>
        <w:spacing w:after="20"/>
        <w:ind w:left="180"/>
      </w:pP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VA benefits</w:t>
      </w:r>
      <w:r>
        <w:rPr>
          <w:rFonts w:hint="eastAsia"/>
        </w:rPr>
        <w:tab/>
      </w:r>
      <w:r>
        <w:tab/>
      </w:r>
      <w:r>
        <w:rPr>
          <w:rFonts w:hint="eastAsia"/>
        </w:rPr>
        <w:t>□</w:t>
      </w:r>
      <w:r>
        <w:rPr>
          <w:rFonts w:hint="eastAsia"/>
        </w:rPr>
        <w:t xml:space="preserve"> Pension</w:t>
      </w:r>
      <w:r>
        <w:rPr>
          <w:rFonts w:hint="eastAsia"/>
        </w:rPr>
        <w:tab/>
      </w:r>
      <w:r w:rsidR="00D517FF">
        <w:tab/>
      </w:r>
      <w:r>
        <w:rPr>
          <w:rFonts w:hint="eastAsia"/>
        </w:rPr>
        <w:t>□</w:t>
      </w:r>
      <w:r>
        <w:rPr>
          <w:rFonts w:hint="eastAsia"/>
        </w:rPr>
        <w:t xml:space="preserve"> </w:t>
      </w:r>
      <w:r w:rsidR="00D517FF">
        <w:rPr>
          <w:rFonts w:hint="eastAsia"/>
        </w:rPr>
        <w:t>Rental income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</w:t>
      </w:r>
      <w:r w:rsidR="00D517FF">
        <w:rPr>
          <w:rFonts w:hint="eastAsia"/>
        </w:rPr>
        <w:t>Retirement/investments</w:t>
      </w:r>
    </w:p>
    <w:p w:rsidR="00D85D3D" w:rsidP="00217156" w:rsidRDefault="00D85D3D" w14:paraId="681841EC" w14:textId="49C124D3">
      <w:pPr>
        <w:spacing w:after="120"/>
        <w:ind w:left="180"/>
      </w:pP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Other</w:t>
      </w:r>
      <w:r>
        <w:t>: ____________________________</w:t>
      </w:r>
    </w:p>
    <w:p w:rsidR="00D85D3D" w:rsidP="00217156" w:rsidRDefault="00D85D3D" w14:paraId="683D8950" w14:textId="3594E808">
      <w:pPr>
        <w:spacing w:after="20"/>
        <w:ind w:left="180"/>
      </w:pPr>
      <w:r>
        <w:rPr>
          <w:rFonts w:hint="eastAsia"/>
        </w:rPr>
        <w:t>Total annual household income</w:t>
      </w:r>
      <w:r w:rsidR="00D517FF">
        <w:t xml:space="preserve"> for all adults</w:t>
      </w:r>
      <w:r>
        <w:rPr>
          <w:rFonts w:hint="eastAsia"/>
        </w:rPr>
        <w:t xml:space="preserve"> before taxes:</w:t>
      </w:r>
    </w:p>
    <w:p w:rsidR="00D517FF" w:rsidP="00217156" w:rsidRDefault="00D85D3D" w14:paraId="07A2A056" w14:textId="306CF273">
      <w:pPr>
        <w:spacing w:after="20"/>
        <w:ind w:left="180"/>
      </w:pP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Less than $10,000</w:t>
      </w:r>
      <w:r>
        <w:rPr>
          <w:rFonts w:hint="eastAsia"/>
        </w:rPr>
        <w:tab/>
      </w:r>
      <w:r w:rsidR="00D517FF">
        <w:tab/>
      </w:r>
      <w:r>
        <w:rPr>
          <w:rFonts w:hint="eastAsia"/>
        </w:rPr>
        <w:t>□</w:t>
      </w:r>
      <w:r>
        <w:rPr>
          <w:rFonts w:hint="eastAsia"/>
        </w:rPr>
        <w:t xml:space="preserve"> $10,000-$19,999</w:t>
      </w:r>
      <w:r>
        <w:rPr>
          <w:rFonts w:hint="eastAsia"/>
        </w:rPr>
        <w:tab/>
      </w:r>
      <w:r w:rsidR="00D517FF">
        <w:tab/>
      </w:r>
      <w:r>
        <w:rPr>
          <w:rFonts w:hint="eastAsia"/>
        </w:rPr>
        <w:t>□</w:t>
      </w:r>
      <w:r>
        <w:rPr>
          <w:rFonts w:hint="eastAsia"/>
        </w:rPr>
        <w:t xml:space="preserve"> $20,000-$29,999</w:t>
      </w:r>
      <w:r>
        <w:rPr>
          <w:rFonts w:hint="eastAsia"/>
        </w:rPr>
        <w:tab/>
      </w:r>
    </w:p>
    <w:p w:rsidR="00D85D3D" w:rsidP="00217156" w:rsidRDefault="00D85D3D" w14:paraId="3FA31BC3" w14:textId="5E9DEC5C">
      <w:pPr>
        <w:spacing w:after="120"/>
        <w:ind w:left="180" w:firstLine="540"/>
      </w:pPr>
      <w:r>
        <w:rPr>
          <w:rFonts w:hint="eastAsia"/>
        </w:rPr>
        <w:t>□</w:t>
      </w:r>
      <w:r>
        <w:rPr>
          <w:rFonts w:hint="eastAsia"/>
        </w:rPr>
        <w:t xml:space="preserve"> $30,000-$39,999</w:t>
      </w:r>
      <w:r w:rsidR="00D517FF">
        <w:tab/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$40,000-$49,999</w:t>
      </w:r>
      <w:r>
        <w:rPr>
          <w:rFonts w:hint="eastAsia"/>
        </w:rPr>
        <w:tab/>
      </w:r>
      <w:r w:rsidR="00D517FF">
        <w:tab/>
      </w:r>
      <w:r>
        <w:rPr>
          <w:rFonts w:hint="eastAsia"/>
        </w:rPr>
        <w:t>□</w:t>
      </w:r>
      <w:r>
        <w:rPr>
          <w:rFonts w:hint="eastAsia"/>
        </w:rPr>
        <w:t xml:space="preserve"> $50,000</w:t>
      </w:r>
      <w:r w:rsidR="00D517FF">
        <w:t xml:space="preserve"> </w:t>
      </w:r>
      <w:r>
        <w:rPr>
          <w:rFonts w:hint="eastAsia"/>
        </w:rPr>
        <w:t>or more</w:t>
      </w:r>
    </w:p>
    <w:p w:rsidR="00D517FF" w:rsidP="00217156" w:rsidRDefault="00D517FF" w14:paraId="1AABDE30" w14:textId="46E84221">
      <w:pPr>
        <w:spacing w:after="20"/>
        <w:ind w:left="180"/>
      </w:pPr>
      <w:r>
        <w:t>Monthly income for person with dementia:</w:t>
      </w:r>
    </w:p>
    <w:p w:rsidR="00D517FF" w:rsidP="00217156" w:rsidRDefault="00D517FF" w14:paraId="29250AAB" w14:textId="38D61E96">
      <w:pPr>
        <w:spacing w:after="20"/>
        <w:ind w:left="720"/>
      </w:pPr>
      <w:r>
        <w:rPr>
          <w:rFonts w:hint="eastAsia"/>
        </w:rPr>
        <w:t>□</w:t>
      </w:r>
      <w:r>
        <w:rPr>
          <w:rFonts w:hint="eastAsia"/>
        </w:rPr>
        <w:t xml:space="preserve"> Less than $</w:t>
      </w:r>
      <w:r>
        <w:t>499</w:t>
      </w:r>
      <w:r>
        <w:rPr>
          <w:rFonts w:hint="eastAsia"/>
        </w:rPr>
        <w:tab/>
      </w:r>
      <w:r>
        <w:tab/>
      </w:r>
      <w:r>
        <w:rPr>
          <w:rFonts w:hint="eastAsia"/>
        </w:rPr>
        <w:t>□</w:t>
      </w:r>
      <w:r>
        <w:rPr>
          <w:rFonts w:hint="eastAsia"/>
        </w:rPr>
        <w:t xml:space="preserve"> $</w:t>
      </w:r>
      <w:r>
        <w:t>500-$999</w:t>
      </w:r>
      <w:r>
        <w:rPr>
          <w:rFonts w:hint="eastAsia"/>
        </w:rPr>
        <w:tab/>
      </w:r>
      <w:r>
        <w:tab/>
      </w:r>
      <w:r>
        <w:tab/>
      </w:r>
      <w:r>
        <w:rPr>
          <w:rFonts w:hint="eastAsia"/>
        </w:rPr>
        <w:t>□</w:t>
      </w:r>
      <w:r>
        <w:rPr>
          <w:rFonts w:hint="eastAsia"/>
        </w:rPr>
        <w:t xml:space="preserve"> $</w:t>
      </w:r>
      <w:r>
        <w:t>1</w:t>
      </w:r>
      <w:r>
        <w:rPr>
          <w:rFonts w:hint="eastAsia"/>
        </w:rPr>
        <w:t>,000-$</w:t>
      </w:r>
      <w:r>
        <w:t>1,4</w:t>
      </w:r>
      <w:r>
        <w:rPr>
          <w:rFonts w:hint="eastAsia"/>
        </w:rPr>
        <w:t>99</w:t>
      </w:r>
    </w:p>
    <w:p w:rsidR="00D517FF" w:rsidP="00217156" w:rsidRDefault="00D517FF" w14:paraId="7AB266F7" w14:textId="0960255B">
      <w:pPr>
        <w:spacing w:after="120"/>
        <w:ind w:left="720"/>
      </w:pPr>
      <w:r>
        <w:rPr>
          <w:rFonts w:hint="eastAsia"/>
        </w:rPr>
        <w:t>□</w:t>
      </w:r>
      <w:r>
        <w:rPr>
          <w:rFonts w:hint="eastAsia"/>
        </w:rPr>
        <w:t xml:space="preserve"> $</w:t>
      </w:r>
      <w:r>
        <w:t>1,500</w:t>
      </w:r>
      <w:r>
        <w:rPr>
          <w:rFonts w:hint="eastAsia"/>
        </w:rPr>
        <w:t>-$</w:t>
      </w:r>
      <w:r>
        <w:t>1,999</w:t>
      </w:r>
      <w:r>
        <w:tab/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$</w:t>
      </w:r>
      <w:r>
        <w:t>2,000-$2,499</w:t>
      </w:r>
      <w:r>
        <w:rPr>
          <w:rFonts w:hint="eastAsia"/>
        </w:rPr>
        <w:tab/>
      </w:r>
      <w:r>
        <w:tab/>
      </w:r>
      <w:r>
        <w:rPr>
          <w:rFonts w:hint="eastAsia"/>
        </w:rPr>
        <w:t>□</w:t>
      </w:r>
      <w:r>
        <w:rPr>
          <w:rFonts w:hint="eastAsia"/>
        </w:rPr>
        <w:t xml:space="preserve"> $</w:t>
      </w:r>
      <w:r>
        <w:t xml:space="preserve">2,500 </w:t>
      </w:r>
      <w:r>
        <w:rPr>
          <w:rFonts w:hint="eastAsia"/>
        </w:rPr>
        <w:t>or more</w:t>
      </w:r>
    </w:p>
    <w:p w:rsidR="00D85D3D" w:rsidP="00217156" w:rsidRDefault="00D85D3D" w14:paraId="65CC60ED" w14:textId="77777777">
      <w:pPr>
        <w:spacing w:after="20"/>
        <w:ind w:left="180"/>
      </w:pPr>
      <w:r>
        <w:rPr>
          <w:rFonts w:hint="eastAsia"/>
        </w:rPr>
        <w:t>Difficulty paying for food, housing, utilities, and medical care:</w:t>
      </w:r>
    </w:p>
    <w:p w:rsidR="00D85D3D" w:rsidP="00217156" w:rsidRDefault="00D85D3D" w14:paraId="3F87DCF8" w14:textId="1E1DE15D">
      <w:pPr>
        <w:spacing w:after="120"/>
        <w:ind w:left="180"/>
      </w:pP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Not difficult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A little difficult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Somewhat difficult</w:t>
      </w:r>
      <w:r>
        <w:rPr>
          <w:rFonts w:hint="eastAsia"/>
        </w:rPr>
        <w:tab/>
      </w:r>
      <w:r>
        <w:tab/>
      </w:r>
      <w:r>
        <w:rPr>
          <w:rFonts w:hint="eastAsia"/>
        </w:rPr>
        <w:t>□</w:t>
      </w:r>
      <w:r>
        <w:rPr>
          <w:rFonts w:hint="eastAsia"/>
        </w:rPr>
        <w:t xml:space="preserve"> Very difficult</w:t>
      </w:r>
    </w:p>
    <w:p w:rsidR="00D85D3D" w:rsidP="00217156" w:rsidRDefault="00D85D3D" w14:paraId="5A34EC56" w14:textId="6296A923">
      <w:pPr>
        <w:spacing w:after="20"/>
        <w:ind w:left="180"/>
      </w:pPr>
      <w:r>
        <w:t>List monthly health and caregiving expenses and approximate costs</w:t>
      </w:r>
      <w:r w:rsidR="00D517FF">
        <w:t xml:space="preserve"> (for example: prescriptions, incontinence products, in-home care, co-pays, etc.)</w:t>
      </w:r>
      <w:r>
        <w:t>:</w:t>
      </w:r>
    </w:p>
    <w:p w:rsidR="00D85D3D" w:rsidP="00217156" w:rsidRDefault="00D85D3D" w14:paraId="1A16FE92" w14:textId="5D30E13B">
      <w:pPr>
        <w:spacing w:after="20"/>
        <w:ind w:left="720"/>
      </w:pPr>
      <w:r w:rsidRPr="009E47BA">
        <w:rPr>
          <w:u w:val="single"/>
        </w:rPr>
        <w:t>Item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E47BA">
        <w:rPr>
          <w:u w:val="single"/>
        </w:rPr>
        <w:t>Approximate Cost</w:t>
      </w:r>
    </w:p>
    <w:p w:rsidR="00D85D3D" w:rsidP="00217156" w:rsidRDefault="00D85D3D" w14:paraId="690F9F44" w14:textId="77777777">
      <w:pPr>
        <w:ind w:left="720"/>
      </w:pPr>
      <w:r>
        <w:rPr>
          <w:rFonts w:cs="Calibri"/>
          <w:szCs w:val="24"/>
        </w:rPr>
        <w:t>______________________________________________________________________________</w:t>
      </w:r>
    </w:p>
    <w:p w:rsidR="00D85D3D" w:rsidP="00217156" w:rsidRDefault="00D85D3D" w14:paraId="42B962FC" w14:textId="77777777">
      <w:pPr>
        <w:ind w:left="720"/>
      </w:pPr>
      <w:r>
        <w:rPr>
          <w:rFonts w:cs="Calibri"/>
          <w:szCs w:val="24"/>
        </w:rPr>
        <w:t>______________________________________________________________________________</w:t>
      </w:r>
    </w:p>
    <w:p w:rsidR="00D85D3D" w:rsidP="00217156" w:rsidRDefault="00D85D3D" w14:paraId="5612E25E" w14:textId="77777777">
      <w:pPr>
        <w:ind w:left="720"/>
      </w:pPr>
      <w:r>
        <w:t>______________________________________________________________________________</w:t>
      </w:r>
    </w:p>
    <w:p w:rsidR="00D517FF" w:rsidP="00217156" w:rsidRDefault="00D517FF" w14:paraId="2C9091C6" w14:textId="77777777">
      <w:pPr>
        <w:ind w:left="720"/>
      </w:pPr>
      <w:r>
        <w:t>______________________________________________________________________________</w:t>
      </w:r>
    </w:p>
    <w:p w:rsidR="00D517FF" w:rsidP="00217156" w:rsidRDefault="00D517FF" w14:paraId="413533E5" w14:textId="77777777">
      <w:pPr>
        <w:ind w:left="720"/>
      </w:pPr>
      <w:r>
        <w:t>______________________________________________________________________________</w:t>
      </w:r>
    </w:p>
    <w:p w:rsidR="00DC63B5" w:rsidP="003617E6" w:rsidRDefault="00D517FF" w14:paraId="75987383" w14:textId="53B276BE">
      <w:pPr>
        <w:ind w:firstLine="720"/>
      </w:pPr>
      <w:r>
        <w:t>______________________________________________________________________________</w:t>
      </w:r>
      <w:r>
        <w:br w:type="page"/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DC63B5" w14:paraId="7CB3036C" w14:textId="77777777">
        <w:trPr>
          <w:jc w:val="center"/>
        </w:trPr>
        <w:tc>
          <w:tcPr>
            <w:tcW w:w="10080" w:type="dxa"/>
            <w:shd w:val="clear" w:color="auto" w:fill="17365D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DC63B5" w:rsidRDefault="00000000" w14:paraId="749469FD" w14:textId="77777777">
            <w:pPr>
              <w:spacing w:after="0"/>
            </w:pPr>
            <w:r>
              <w:rPr>
                <w:b/>
                <w:color w:val="FFFFFF"/>
              </w:rPr>
              <w:t>ADULT DAY CARE SCHOLARSHIP</w:t>
            </w:r>
          </w:p>
        </w:tc>
      </w:tr>
    </w:tbl>
    <w:p w:rsidRPr="00217156" w:rsidR="00DC63B5" w:rsidRDefault="00DC63B5" w14:paraId="7A973174" w14:textId="77777777">
      <w:pPr>
        <w:spacing w:after="20"/>
        <w:rPr>
          <w:sz w:val="12"/>
          <w:szCs w:val="12"/>
        </w:rPr>
      </w:pPr>
    </w:p>
    <w:p w:rsidR="00DC63B5" w:rsidP="003617E6" w:rsidRDefault="00000000" w14:paraId="15512CA6" w14:textId="77777777">
      <w:pPr>
        <w:ind w:left="180"/>
        <w:rPr>
          <w:i/>
        </w:rPr>
      </w:pPr>
      <w:r>
        <w:rPr>
          <w:i/>
        </w:rPr>
        <w:t xml:space="preserve">Complete this section only if requesting </w:t>
      </w:r>
      <w:r w:rsidRPr="00D517FF">
        <w:rPr>
          <w:b/>
          <w:bCs/>
          <w:i/>
        </w:rPr>
        <w:t>Adult Day Care</w:t>
      </w:r>
      <w:r>
        <w:rPr>
          <w:i/>
        </w:rPr>
        <w:t xml:space="preserve"> assistance.</w:t>
      </w:r>
    </w:p>
    <w:p w:rsidR="00D517FF" w:rsidP="003617E6" w:rsidRDefault="00D517FF" w14:paraId="70BA4F58" w14:textId="0B24E788">
      <w:pPr>
        <w:ind w:left="180"/>
      </w:pPr>
      <w:r>
        <w:rPr>
          <w:rFonts w:hint="eastAsia"/>
        </w:rPr>
        <w:t>Currently attending a</w:t>
      </w:r>
      <w:r w:rsidR="003617E6">
        <w:t xml:space="preserve"> respite or</w:t>
      </w:r>
      <w:r>
        <w:rPr>
          <w:rFonts w:hint="eastAsia"/>
        </w:rPr>
        <w:t xml:space="preserve"> adult day care center?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No</w:t>
      </w:r>
      <w:r>
        <w:rPr>
          <w:rFonts w:hint="eastAsia"/>
        </w:rPr>
        <w:tab/>
      </w:r>
      <w:r>
        <w:tab/>
      </w:r>
      <w:r>
        <w:rPr>
          <w:rFonts w:hint="eastAsia"/>
        </w:rPr>
        <w:t>□</w:t>
      </w:r>
      <w:r>
        <w:rPr>
          <w:rFonts w:hint="eastAsia"/>
        </w:rPr>
        <w:t xml:space="preserve"> Yes</w:t>
      </w:r>
    </w:p>
    <w:p w:rsidR="00D517FF" w:rsidP="003617E6" w:rsidRDefault="00D517FF" w14:paraId="3682E711" w14:textId="7F5AC02F">
      <w:pPr>
        <w:ind w:left="180" w:firstLine="540"/>
      </w:pPr>
      <w:r>
        <w:t>If yes, center name and days attended: ______________________________________________</w:t>
      </w:r>
    </w:p>
    <w:p w:rsidRPr="003A3845" w:rsidR="00D517FF" w:rsidP="003617E6" w:rsidRDefault="00D517FF" w14:paraId="4691A157" w14:textId="173006B3">
      <w:pPr>
        <w:spacing w:after="20"/>
        <w:ind w:left="180"/>
        <w:rPr>
          <w:i/>
          <w:iCs/>
        </w:rPr>
      </w:pPr>
      <w:r>
        <w:t>Why is adult day care requested?</w:t>
      </w:r>
      <w:r w:rsidR="003A3845">
        <w:t xml:space="preserve"> </w:t>
      </w:r>
      <w:r w:rsidR="5EFF1BC6">
        <w:t>(</w:t>
      </w:r>
      <w:r w:rsidRPr="5AED88BF" w:rsidR="019CDAA2">
        <w:t xml:space="preserve">check </w:t>
      </w:r>
      <w:r w:rsidRPr="5AED88BF" w:rsidR="003A3845">
        <w:t>all that apply</w:t>
      </w:r>
      <w:r w:rsidRPr="5AED88BF" w:rsidR="7C1EECE7">
        <w:t>)</w:t>
      </w:r>
    </w:p>
    <w:p w:rsidR="00D517FF" w:rsidP="003617E6" w:rsidRDefault="00D517FF" w14:paraId="66AD4D1F" w14:textId="77777777">
      <w:pPr>
        <w:spacing w:after="20"/>
        <w:ind w:left="180"/>
      </w:pP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Caregiver is employed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Caregiver health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Caregiver needs respite</w:t>
      </w:r>
    </w:p>
    <w:p w:rsidR="00D517FF" w:rsidP="003617E6" w:rsidRDefault="00D517FF" w14:paraId="5431E5C4" w14:textId="77777777">
      <w:pPr>
        <w:spacing w:after="20"/>
        <w:ind w:left="180"/>
      </w:pP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Person needs socialization/engagement</w:t>
      </w:r>
      <w:r>
        <w:tab/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Safety concerns</w:t>
      </w:r>
    </w:p>
    <w:p w:rsidRPr="003617E6" w:rsidR="00DC63B5" w:rsidP="003617E6" w:rsidRDefault="00D517FF" w14:paraId="3028DC3A" w14:textId="6B8E6CC4">
      <w:pPr>
        <w:ind w:left="180"/>
      </w:pP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Behavioral concerns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Other</w:t>
      </w:r>
      <w:r>
        <w:t>: ______________________________________________</w:t>
      </w:r>
    </w:p>
    <w:p w:rsidR="00B07028" w:rsidP="003617E6" w:rsidRDefault="003A3845" w14:paraId="39BBFDC2" w14:textId="621B6A6B">
      <w:pPr>
        <w:spacing w:before="120" w:after="20"/>
        <w:ind w:left="180"/>
      </w:pPr>
      <w:r>
        <w:t>Over the past month, how satisfied are you with the amount of time you have been able to spend</w:t>
      </w:r>
      <w:r w:rsidR="009E47BA">
        <w:t>?</w:t>
      </w:r>
      <w:r>
        <w:t xml:space="preserve"> </w:t>
      </w:r>
    </w:p>
    <w:p w:rsidRPr="00217156" w:rsidR="00D517FF" w:rsidP="003617E6" w:rsidRDefault="003A3845" w14:paraId="576CB25C" w14:textId="30D1DFFB">
      <w:pPr>
        <w:spacing w:after="20"/>
        <w:ind w:left="180" w:firstLine="54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D517FF">
        <w:tab/>
      </w:r>
      <w:r w:rsidRPr="009E47BA" w:rsidR="00D517FF">
        <w:rPr>
          <w:u w:val="single"/>
        </w:rPr>
        <w:t>Not at all</w:t>
      </w:r>
      <w:r w:rsidRPr="00217156" w:rsidR="00D517FF">
        <w:rPr>
          <w:b/>
          <w:bCs/>
        </w:rPr>
        <w:tab/>
      </w:r>
      <w:r w:rsidRPr="009E47BA" w:rsidR="00D517FF">
        <w:rPr>
          <w:u w:val="single"/>
        </w:rPr>
        <w:t>A little</w:t>
      </w:r>
      <w:r w:rsidRPr="00217156" w:rsidR="00D517FF">
        <w:rPr>
          <w:b/>
          <w:bCs/>
        </w:rPr>
        <w:tab/>
      </w:r>
      <w:r w:rsidRPr="00217156">
        <w:rPr>
          <w:b/>
          <w:bCs/>
        </w:rPr>
        <w:tab/>
      </w:r>
      <w:r w:rsidRPr="009E47BA">
        <w:rPr>
          <w:u w:val="single"/>
        </w:rPr>
        <w:t>A lot</w:t>
      </w:r>
    </w:p>
    <w:p w:rsidR="00D517FF" w:rsidP="003617E6" w:rsidRDefault="00D517FF" w14:paraId="00036325" w14:textId="6A38DBD2">
      <w:pPr>
        <w:spacing w:after="20"/>
        <w:ind w:left="180" w:firstLine="540"/>
      </w:pPr>
      <w:r>
        <w:rPr>
          <w:rFonts w:hint="eastAsia"/>
        </w:rPr>
        <w:t>Quiet time alone</w:t>
      </w:r>
      <w:r w:rsidR="003A3845">
        <w:tab/>
      </w:r>
      <w:r w:rsidR="003A3845">
        <w:tab/>
      </w:r>
      <w:r w:rsidR="003A3845">
        <w:tab/>
      </w:r>
      <w:r w:rsidR="003A3845">
        <w:tab/>
      </w:r>
      <w:r>
        <w:rPr>
          <w:rFonts w:hint="eastAsia"/>
        </w:rPr>
        <w:tab/>
      </w:r>
      <w:r w:rsidR="009E47BA">
        <w:t xml:space="preserve">       </w:t>
      </w:r>
      <w:r>
        <w:rPr>
          <w:rFonts w:hint="eastAsia"/>
        </w:rPr>
        <w:t>□</w:t>
      </w:r>
      <w:r>
        <w:rPr>
          <w:rFonts w:hint="eastAsia"/>
        </w:rPr>
        <w:tab/>
      </w:r>
      <w:r w:rsidR="003A3845">
        <w:tab/>
      </w:r>
      <w:r w:rsidR="009E47BA">
        <w:t xml:space="preserve">    </w:t>
      </w:r>
      <w:r>
        <w:rPr>
          <w:rFonts w:hint="eastAsia"/>
        </w:rPr>
        <w:t>□</w:t>
      </w:r>
      <w:r>
        <w:rPr>
          <w:rFonts w:hint="eastAsia"/>
        </w:rPr>
        <w:tab/>
      </w:r>
      <w:proofErr w:type="gramStart"/>
      <w:r w:rsidR="003A3845">
        <w:tab/>
      </w:r>
      <w:r w:rsidR="009E47BA">
        <w:t xml:space="preserve">  </w:t>
      </w:r>
      <w:r>
        <w:rPr>
          <w:rFonts w:hint="eastAsia"/>
        </w:rPr>
        <w:t>□</w:t>
      </w:r>
      <w:proofErr w:type="gramEnd"/>
    </w:p>
    <w:p w:rsidR="00D517FF" w:rsidP="003617E6" w:rsidRDefault="00D517FF" w14:paraId="1CFF2F40" w14:textId="2B94AF09">
      <w:pPr>
        <w:spacing w:after="20"/>
        <w:ind w:left="180" w:firstLine="540"/>
      </w:pPr>
      <w:r>
        <w:rPr>
          <w:rFonts w:hint="eastAsia"/>
        </w:rPr>
        <w:t>Church, meetings, or community activities</w:t>
      </w:r>
      <w:r>
        <w:rPr>
          <w:rFonts w:hint="eastAsia"/>
        </w:rPr>
        <w:tab/>
      </w:r>
      <w:r w:rsidR="003A3845">
        <w:tab/>
      </w:r>
      <w:r w:rsidR="009E47BA">
        <w:t xml:space="preserve">       </w:t>
      </w:r>
      <w:r w:rsidR="009E47BA">
        <w:rPr>
          <w:rFonts w:hint="eastAsia"/>
        </w:rPr>
        <w:t>□</w:t>
      </w:r>
      <w:r w:rsidR="009E47BA">
        <w:rPr>
          <w:rFonts w:hint="eastAsia"/>
        </w:rPr>
        <w:tab/>
      </w:r>
      <w:r w:rsidR="009E47BA">
        <w:tab/>
      </w:r>
      <w:r w:rsidR="009E47BA">
        <w:t xml:space="preserve">    </w:t>
      </w:r>
      <w:r w:rsidR="009E47BA">
        <w:rPr>
          <w:rFonts w:hint="eastAsia"/>
        </w:rPr>
        <w:t>□</w:t>
      </w:r>
      <w:r w:rsidR="009E47BA">
        <w:rPr>
          <w:rFonts w:hint="eastAsia"/>
        </w:rPr>
        <w:tab/>
      </w:r>
      <w:proofErr w:type="gramStart"/>
      <w:r w:rsidR="009E47BA">
        <w:tab/>
      </w:r>
      <w:r w:rsidR="009E47BA">
        <w:t xml:space="preserve">  </w:t>
      </w:r>
      <w:r w:rsidR="009E47BA">
        <w:rPr>
          <w:rFonts w:hint="eastAsia"/>
        </w:rPr>
        <w:t>□</w:t>
      </w:r>
      <w:proofErr w:type="gramEnd"/>
    </w:p>
    <w:p w:rsidR="00D517FF" w:rsidP="003617E6" w:rsidRDefault="00D517FF" w14:paraId="04C4758F" w14:textId="454D93E1">
      <w:pPr>
        <w:spacing w:after="20"/>
        <w:ind w:left="180" w:firstLine="540"/>
      </w:pPr>
      <w:r>
        <w:rPr>
          <w:rFonts w:hint="eastAsia"/>
        </w:rPr>
        <w:t>Hobbies or personal interests</w:t>
      </w:r>
      <w:r>
        <w:rPr>
          <w:rFonts w:hint="eastAsia"/>
        </w:rPr>
        <w:tab/>
      </w:r>
      <w:r w:rsidR="003A3845">
        <w:tab/>
      </w:r>
      <w:r w:rsidR="003617E6">
        <w:tab/>
      </w:r>
      <w:r w:rsidR="003A3845">
        <w:tab/>
      </w:r>
      <w:r w:rsidR="009E47BA">
        <w:t xml:space="preserve">       </w:t>
      </w:r>
      <w:r w:rsidR="009E47BA">
        <w:rPr>
          <w:rFonts w:hint="eastAsia"/>
        </w:rPr>
        <w:t>□</w:t>
      </w:r>
      <w:r w:rsidR="009E47BA">
        <w:rPr>
          <w:rFonts w:hint="eastAsia"/>
        </w:rPr>
        <w:tab/>
      </w:r>
      <w:r w:rsidR="009E47BA">
        <w:tab/>
      </w:r>
      <w:r w:rsidR="009E47BA">
        <w:t xml:space="preserve">    </w:t>
      </w:r>
      <w:r w:rsidR="009E47BA">
        <w:rPr>
          <w:rFonts w:hint="eastAsia"/>
        </w:rPr>
        <w:t>□</w:t>
      </w:r>
      <w:r w:rsidR="009E47BA">
        <w:rPr>
          <w:rFonts w:hint="eastAsia"/>
        </w:rPr>
        <w:tab/>
      </w:r>
      <w:proofErr w:type="gramStart"/>
      <w:r w:rsidR="009E47BA">
        <w:tab/>
      </w:r>
      <w:r w:rsidR="009E47BA">
        <w:t xml:space="preserve">  </w:t>
      </w:r>
      <w:r w:rsidR="009E47BA">
        <w:rPr>
          <w:rFonts w:hint="eastAsia"/>
        </w:rPr>
        <w:t>□</w:t>
      </w:r>
      <w:proofErr w:type="gramEnd"/>
    </w:p>
    <w:p w:rsidR="00D517FF" w:rsidP="003617E6" w:rsidRDefault="00D517FF" w14:paraId="7FDE9EF0" w14:textId="4C2EFE45">
      <w:pPr>
        <w:spacing w:after="20"/>
        <w:ind w:left="180" w:firstLine="540"/>
      </w:pPr>
      <w:r>
        <w:rPr>
          <w:rFonts w:hint="eastAsia"/>
        </w:rPr>
        <w:t>Meals or social activities outside the home</w:t>
      </w:r>
      <w:r w:rsidR="003617E6">
        <w:tab/>
      </w:r>
      <w:r w:rsidR="003A3845">
        <w:tab/>
      </w:r>
      <w:r w:rsidR="009E47BA">
        <w:t xml:space="preserve">       </w:t>
      </w:r>
      <w:r w:rsidR="009E47BA">
        <w:rPr>
          <w:rFonts w:hint="eastAsia"/>
        </w:rPr>
        <w:t>□</w:t>
      </w:r>
      <w:r w:rsidR="009E47BA">
        <w:rPr>
          <w:rFonts w:hint="eastAsia"/>
        </w:rPr>
        <w:tab/>
      </w:r>
      <w:r w:rsidR="009E47BA">
        <w:tab/>
      </w:r>
      <w:r w:rsidR="009E47BA">
        <w:t xml:space="preserve">    </w:t>
      </w:r>
      <w:r w:rsidR="009E47BA">
        <w:rPr>
          <w:rFonts w:hint="eastAsia"/>
        </w:rPr>
        <w:t>□</w:t>
      </w:r>
      <w:r w:rsidR="009E47BA">
        <w:rPr>
          <w:rFonts w:hint="eastAsia"/>
        </w:rPr>
        <w:tab/>
      </w:r>
      <w:proofErr w:type="gramStart"/>
      <w:r w:rsidR="009E47BA">
        <w:tab/>
      </w:r>
      <w:r w:rsidR="009E47BA">
        <w:t xml:space="preserve">  </w:t>
      </w:r>
      <w:r w:rsidR="009E47BA">
        <w:rPr>
          <w:rFonts w:hint="eastAsia"/>
        </w:rPr>
        <w:t>□</w:t>
      </w:r>
      <w:proofErr w:type="gramEnd"/>
    </w:p>
    <w:p w:rsidR="00D517FF" w:rsidP="003617E6" w:rsidRDefault="00D517FF" w14:paraId="1A845749" w14:textId="5D57CCE1">
      <w:pPr>
        <w:spacing w:after="20"/>
        <w:ind w:left="180" w:firstLine="540"/>
      </w:pPr>
      <w:r>
        <w:rPr>
          <w:rFonts w:hint="eastAsia"/>
        </w:rPr>
        <w:t>Fun activities with other people</w:t>
      </w:r>
      <w:r w:rsidR="003A3845">
        <w:tab/>
      </w:r>
      <w:r w:rsidR="003A3845">
        <w:tab/>
      </w:r>
      <w:r>
        <w:rPr>
          <w:rFonts w:hint="eastAsia"/>
        </w:rPr>
        <w:tab/>
      </w:r>
      <w:r w:rsidR="009E47BA">
        <w:t xml:space="preserve">       </w:t>
      </w:r>
      <w:r w:rsidR="009E47BA">
        <w:rPr>
          <w:rFonts w:hint="eastAsia"/>
        </w:rPr>
        <w:t>□</w:t>
      </w:r>
      <w:r w:rsidR="009E47BA">
        <w:rPr>
          <w:rFonts w:hint="eastAsia"/>
        </w:rPr>
        <w:tab/>
      </w:r>
      <w:r w:rsidR="009E47BA">
        <w:tab/>
      </w:r>
      <w:r w:rsidR="009E47BA">
        <w:t xml:space="preserve">    </w:t>
      </w:r>
      <w:r w:rsidR="009E47BA">
        <w:rPr>
          <w:rFonts w:hint="eastAsia"/>
        </w:rPr>
        <w:t>□</w:t>
      </w:r>
      <w:r w:rsidR="009E47BA">
        <w:rPr>
          <w:rFonts w:hint="eastAsia"/>
        </w:rPr>
        <w:tab/>
      </w:r>
      <w:proofErr w:type="gramStart"/>
      <w:r w:rsidR="009E47BA">
        <w:tab/>
      </w:r>
      <w:r w:rsidR="009E47BA">
        <w:t xml:space="preserve">  </w:t>
      </w:r>
      <w:r w:rsidR="009E47BA">
        <w:rPr>
          <w:rFonts w:hint="eastAsia"/>
        </w:rPr>
        <w:t>□</w:t>
      </w:r>
      <w:proofErr w:type="gramEnd"/>
    </w:p>
    <w:p w:rsidR="00D517FF" w:rsidP="003617E6" w:rsidRDefault="00D517FF" w14:paraId="6DCDED5A" w14:textId="41DD8D9C">
      <w:pPr>
        <w:spacing w:after="20"/>
        <w:ind w:left="180" w:firstLine="540"/>
      </w:pPr>
      <w:r>
        <w:rPr>
          <w:rFonts w:hint="eastAsia"/>
        </w:rPr>
        <w:t>Visits with family and friends</w:t>
      </w:r>
      <w:r>
        <w:rPr>
          <w:rFonts w:hint="eastAsia"/>
        </w:rPr>
        <w:tab/>
      </w:r>
      <w:r w:rsidR="003A3845">
        <w:tab/>
      </w:r>
      <w:r w:rsidR="003617E6">
        <w:tab/>
      </w:r>
      <w:r w:rsidR="003A3845">
        <w:tab/>
      </w:r>
      <w:r w:rsidR="009E47BA">
        <w:t xml:space="preserve">       </w:t>
      </w:r>
      <w:r w:rsidR="009E47BA">
        <w:rPr>
          <w:rFonts w:hint="eastAsia"/>
        </w:rPr>
        <w:t>□</w:t>
      </w:r>
      <w:r w:rsidR="009E47BA">
        <w:rPr>
          <w:rFonts w:hint="eastAsia"/>
        </w:rPr>
        <w:tab/>
      </w:r>
      <w:r w:rsidR="009E47BA">
        <w:tab/>
      </w:r>
      <w:r w:rsidR="009E47BA">
        <w:t xml:space="preserve">    </w:t>
      </w:r>
      <w:r w:rsidR="009E47BA">
        <w:rPr>
          <w:rFonts w:hint="eastAsia"/>
        </w:rPr>
        <w:t>□</w:t>
      </w:r>
      <w:r w:rsidR="009E47BA">
        <w:rPr>
          <w:rFonts w:hint="eastAsia"/>
        </w:rPr>
        <w:tab/>
      </w:r>
      <w:proofErr w:type="gramStart"/>
      <w:r w:rsidR="009E47BA">
        <w:tab/>
      </w:r>
      <w:r w:rsidR="009E47BA">
        <w:t xml:space="preserve">  </w:t>
      </w:r>
      <w:r w:rsidR="009E47BA">
        <w:rPr>
          <w:rFonts w:hint="eastAsia"/>
        </w:rPr>
        <w:t>□</w:t>
      </w:r>
      <w:proofErr w:type="gramEnd"/>
    </w:p>
    <w:p w:rsidRPr="003A3845" w:rsidR="003A3845" w:rsidRDefault="003A3845" w14:paraId="5EB9A4FF" w14:textId="77777777">
      <w:pPr>
        <w:rPr>
          <w:sz w:val="12"/>
          <w:szCs w:val="12"/>
        </w:rPr>
      </w:pPr>
    </w:p>
    <w:p w:rsidR="003A3845" w:rsidRDefault="003A3845" w14:paraId="5F065E45" w14:textId="45305CF5">
      <w:r>
        <w:t>_____________________________________________________________________________________</w:t>
      </w:r>
    </w:p>
    <w:p w:rsidRPr="003A3845" w:rsidR="003A3845" w:rsidRDefault="003A3845" w14:paraId="1AB244EE" w14:textId="77777777">
      <w:pPr>
        <w:rPr>
          <w:sz w:val="12"/>
          <w:szCs w:val="12"/>
        </w:rPr>
      </w:pP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DC63B5" w14:paraId="7F1B1147" w14:textId="77777777">
        <w:trPr>
          <w:jc w:val="center"/>
        </w:trPr>
        <w:tc>
          <w:tcPr>
            <w:tcW w:w="10080" w:type="dxa"/>
            <w:shd w:val="clear" w:color="auto" w:fill="17365D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DC63B5" w:rsidRDefault="00000000" w14:paraId="3355D6B8" w14:textId="77777777">
            <w:pPr>
              <w:spacing w:after="0"/>
            </w:pPr>
            <w:r>
              <w:rPr>
                <w:b/>
                <w:color w:val="FFFFFF"/>
              </w:rPr>
              <w:t>CONTINENCE PRODUCTS SCHOLARSHIP</w:t>
            </w:r>
          </w:p>
        </w:tc>
      </w:tr>
    </w:tbl>
    <w:p w:rsidRPr="003A3845" w:rsidR="00DC63B5" w:rsidRDefault="00DC63B5" w14:paraId="4C72D916" w14:textId="77777777">
      <w:pPr>
        <w:spacing w:after="20"/>
        <w:rPr>
          <w:sz w:val="12"/>
          <w:szCs w:val="12"/>
        </w:rPr>
      </w:pPr>
    </w:p>
    <w:p w:rsidR="00DC63B5" w:rsidP="00217156" w:rsidRDefault="00000000" w14:paraId="6CFF0A6A" w14:textId="77777777">
      <w:pPr>
        <w:ind w:left="180"/>
        <w:rPr>
          <w:i/>
        </w:rPr>
      </w:pPr>
      <w:r>
        <w:rPr>
          <w:i/>
        </w:rPr>
        <w:t xml:space="preserve">Complete this section only if requesting </w:t>
      </w:r>
      <w:r w:rsidRPr="003A3845">
        <w:rPr>
          <w:b/>
          <w:bCs/>
          <w:i/>
        </w:rPr>
        <w:t>Continence Products</w:t>
      </w:r>
      <w:r>
        <w:rPr>
          <w:i/>
        </w:rPr>
        <w:t>.</w:t>
      </w:r>
    </w:p>
    <w:p w:rsidR="003A3845" w:rsidP="00217156" w:rsidRDefault="003A3845" w14:paraId="27EB34B3" w14:textId="77777777">
      <w:pPr>
        <w:ind w:left="180"/>
      </w:pPr>
      <w:r>
        <w:rPr>
          <w:rFonts w:hint="eastAsia"/>
        </w:rPr>
        <w:t>Approximate monthly spending on continence products:</w:t>
      </w:r>
    </w:p>
    <w:p w:rsidR="003A3845" w:rsidP="00217156" w:rsidRDefault="003A3845" w14:paraId="535CDB07" w14:textId="19F67D73">
      <w:pPr>
        <w:ind w:left="180"/>
      </w:pP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$0-$50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$51-$100</w:t>
      </w:r>
      <w:r>
        <w:rPr>
          <w:rFonts w:hint="eastAsia"/>
        </w:rPr>
        <w:tab/>
      </w:r>
      <w:r>
        <w:t xml:space="preserve">       </w:t>
      </w:r>
      <w:r>
        <w:rPr>
          <w:rFonts w:hint="eastAsia"/>
        </w:rPr>
        <w:t>□</w:t>
      </w:r>
      <w:r>
        <w:rPr>
          <w:rFonts w:hint="eastAsia"/>
        </w:rPr>
        <w:t xml:space="preserve"> $101-$150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$151-$200</w:t>
      </w:r>
      <w:r>
        <w:tab/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More than $200</w:t>
      </w:r>
    </w:p>
    <w:p w:rsidR="003A3845" w:rsidP="00217156" w:rsidRDefault="003A3845" w14:paraId="2C4B6F77" w14:textId="07E25489">
      <w:pPr>
        <w:ind w:left="180"/>
      </w:pPr>
      <w:r>
        <w:rPr>
          <w:rFonts w:hint="eastAsia"/>
        </w:rPr>
        <w:t>Currently receives help obtaining continence products?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No</w:t>
      </w:r>
      <w:r>
        <w:rPr>
          <w:rFonts w:hint="eastAsia"/>
        </w:rPr>
        <w:tab/>
      </w:r>
      <w:r>
        <w:tab/>
      </w:r>
      <w:r>
        <w:rPr>
          <w:rFonts w:hint="eastAsia"/>
        </w:rPr>
        <w:t>□</w:t>
      </w:r>
      <w:r>
        <w:rPr>
          <w:rFonts w:hint="eastAsia"/>
        </w:rPr>
        <w:t xml:space="preserve"> Yes</w:t>
      </w:r>
    </w:p>
    <w:p w:rsidR="003A3845" w:rsidP="00217156" w:rsidRDefault="003A3845" w14:paraId="1C78F320" w14:textId="77777777">
      <w:pPr>
        <w:ind w:left="720"/>
      </w:pPr>
      <w:r>
        <w:rPr>
          <w:rFonts w:hint="eastAsia"/>
        </w:rPr>
        <w:t>If yes, source:</w:t>
      </w:r>
    </w:p>
    <w:p w:rsidR="003A3845" w:rsidP="00217156" w:rsidRDefault="003A3845" w14:paraId="49206375" w14:textId="5FDEF5B5">
      <w:pPr>
        <w:ind w:left="720"/>
      </w:pP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Hospice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VA</w:t>
      </w:r>
      <w:r>
        <w:rPr>
          <w:rFonts w:hint="eastAsia"/>
        </w:rPr>
        <w:tab/>
      </w:r>
      <w:r>
        <w:tab/>
      </w:r>
      <w:r>
        <w:rPr>
          <w:rFonts w:hint="eastAsia"/>
        </w:rPr>
        <w:t>□</w:t>
      </w:r>
      <w:r>
        <w:rPr>
          <w:rFonts w:hint="eastAsia"/>
        </w:rPr>
        <w:t xml:space="preserve"> Alabama Cares</w:t>
      </w:r>
      <w:r>
        <w:rPr>
          <w:rFonts w:hint="eastAsia"/>
        </w:rPr>
        <w:tab/>
      </w:r>
      <w:r>
        <w:rPr>
          <w:rFonts w:hint="eastAsia"/>
        </w:rPr>
        <w:t>□</w:t>
      </w:r>
      <w:r>
        <w:rPr>
          <w:rFonts w:hint="eastAsia"/>
        </w:rPr>
        <w:t xml:space="preserve"> Medicaid program</w:t>
      </w:r>
    </w:p>
    <w:p w:rsidR="003A3845" w:rsidP="00217156" w:rsidRDefault="003A3845" w14:paraId="691BEF89" w14:textId="10D1CF0F">
      <w:pPr>
        <w:ind w:left="720"/>
      </w:pPr>
      <w:r>
        <w:tab/>
      </w:r>
      <w:r>
        <w:rPr>
          <w:rFonts w:hint="eastAsia"/>
        </w:rPr>
        <w:t>□</w:t>
      </w:r>
      <w:r>
        <w:rPr>
          <w:rFonts w:hint="eastAsia"/>
        </w:rPr>
        <w:t xml:space="preserve"> Other</w:t>
      </w:r>
      <w:r>
        <w:t>: _____________________________________________</w:t>
      </w:r>
    </w:p>
    <w:p w:rsidRPr="003A3845" w:rsidR="003A3845" w:rsidP="003A3845" w:rsidRDefault="003A3845" w14:paraId="390000A3" w14:textId="77777777">
      <w:pPr>
        <w:rPr>
          <w:sz w:val="12"/>
          <w:szCs w:val="12"/>
        </w:rPr>
      </w:pPr>
    </w:p>
    <w:p w:rsidR="003A3845" w:rsidP="003A3845" w:rsidRDefault="003A3845" w14:paraId="53339B9A" w14:textId="61C0B581">
      <w:r>
        <w:t>_____________________________________________________________________________________</w:t>
      </w:r>
    </w:p>
    <w:p w:rsidRPr="003A3845" w:rsidR="003A3845" w:rsidP="003A3845" w:rsidRDefault="003A3845" w14:paraId="45583577" w14:textId="77777777">
      <w:pPr>
        <w:rPr>
          <w:sz w:val="12"/>
          <w:szCs w:val="12"/>
        </w:rPr>
      </w:pP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3A3845" w:rsidTr="008469AF" w14:paraId="20CDE5FD" w14:textId="77777777">
        <w:trPr>
          <w:jc w:val="center"/>
        </w:trPr>
        <w:tc>
          <w:tcPr>
            <w:tcW w:w="10080" w:type="dxa"/>
            <w:shd w:val="clear" w:color="auto" w:fill="17365D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3A3845" w:rsidP="008469AF" w:rsidRDefault="003A3845" w14:paraId="6407F84F" w14:textId="00348BA3">
            <w:pPr>
              <w:spacing w:after="0"/>
            </w:pPr>
            <w:r>
              <w:rPr>
                <w:b/>
                <w:color w:val="FFFFFF"/>
              </w:rPr>
              <w:t>NUTRITIONAL DRINKS SCHOLARSHIP</w:t>
            </w:r>
          </w:p>
        </w:tc>
      </w:tr>
    </w:tbl>
    <w:p w:rsidRPr="003A3845" w:rsidR="003A3845" w:rsidP="003A3845" w:rsidRDefault="003A3845" w14:paraId="15FCD4FC" w14:textId="77777777">
      <w:pPr>
        <w:spacing w:after="20"/>
        <w:rPr>
          <w:sz w:val="12"/>
          <w:szCs w:val="12"/>
        </w:rPr>
      </w:pPr>
    </w:p>
    <w:p w:rsidR="003A3845" w:rsidP="00217156" w:rsidRDefault="003A3845" w14:paraId="1F837242" w14:textId="46F3F59E">
      <w:pPr>
        <w:ind w:left="180"/>
        <w:rPr>
          <w:i/>
        </w:rPr>
      </w:pPr>
      <w:r>
        <w:rPr>
          <w:i/>
        </w:rPr>
        <w:t xml:space="preserve">Complete this section only if requesting </w:t>
      </w:r>
      <w:r>
        <w:rPr>
          <w:b/>
          <w:bCs/>
          <w:i/>
        </w:rPr>
        <w:t>Nutritional Drinks</w:t>
      </w:r>
      <w:r>
        <w:rPr>
          <w:i/>
        </w:rPr>
        <w:t>.</w:t>
      </w:r>
    </w:p>
    <w:p w:rsidR="00DC63B5" w:rsidP="00217156" w:rsidRDefault="003A3845" w14:paraId="1563AE86" w14:textId="7DE5537C">
      <w:pPr>
        <w:ind w:left="180"/>
      </w:pPr>
      <w:r>
        <w:t>Has a healthcare professional recommended a nutritional drink?</w:t>
      </w:r>
      <w:r>
        <w:rPr>
          <w:rFonts w:hint="eastAsia"/>
        </w:rPr>
        <w:tab/>
      </w:r>
      <w:r>
        <w:tab/>
      </w: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t>Yes</w:t>
      </w:r>
      <w:r>
        <w:rPr>
          <w:rFonts w:hint="eastAsia"/>
        </w:rPr>
        <w:tab/>
      </w:r>
      <w:r>
        <w:tab/>
      </w: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t>No</w:t>
      </w:r>
      <w:r>
        <w:br w:type="page"/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DC63B5" w14:paraId="0A2E21A5" w14:textId="77777777">
        <w:trPr>
          <w:jc w:val="center"/>
        </w:trPr>
        <w:tc>
          <w:tcPr>
            <w:tcW w:w="10080" w:type="dxa"/>
            <w:shd w:val="clear" w:color="auto" w:fill="17365D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DC63B5" w:rsidRDefault="00000000" w14:paraId="2C2B0A12" w14:textId="77777777">
            <w:pPr>
              <w:spacing w:after="0"/>
            </w:pPr>
            <w:r>
              <w:rPr>
                <w:b/>
                <w:color w:val="FFFFFF"/>
              </w:rPr>
              <w:t>STATEMENT OF NEED</w:t>
            </w:r>
          </w:p>
        </w:tc>
      </w:tr>
    </w:tbl>
    <w:p w:rsidRPr="003A3845" w:rsidR="00DC63B5" w:rsidRDefault="00DC63B5" w14:paraId="26CD66E6" w14:textId="77777777">
      <w:pPr>
        <w:spacing w:after="20"/>
        <w:rPr>
          <w:sz w:val="12"/>
          <w:szCs w:val="12"/>
        </w:rPr>
      </w:pPr>
    </w:p>
    <w:p w:rsidR="00DC63B5" w:rsidP="00217156" w:rsidRDefault="00000000" w14:paraId="30F1429F" w14:textId="2E76CE80">
      <w:pPr>
        <w:ind w:left="180"/>
      </w:pPr>
      <w:r>
        <w:t>Please describe the family's circumstances. Emphasize financial need, caregiving challenges, and the need for formal support services.</w:t>
      </w:r>
      <w:r w:rsidR="003A3845">
        <w:t xml:space="preserve"> Tell us how these services would be helpful for the family and the person with dementia.</w:t>
      </w:r>
    </w:p>
    <w:tbl>
      <w:tblPr>
        <w:tblW w:w="1011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8"/>
        <w:gridCol w:w="14"/>
      </w:tblGrid>
      <w:tr w:rsidR="00B07028" w:rsidTr="00E656AA" w14:paraId="4731B2B6" w14:textId="77777777">
        <w:trPr>
          <w:gridAfter w:val="1"/>
          <w:wAfter w:w="14" w:type="dxa"/>
          <w:jc w:val="center"/>
        </w:trPr>
        <w:tc>
          <w:tcPr>
            <w:tcW w:w="10098" w:type="dxa"/>
            <w:tcBorders>
              <w:bottom w:val="single" w:color="666666" w:sz="6" w:space="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07028" w:rsidRDefault="00B07028" w14:paraId="32822E29" w14:textId="77777777">
            <w:pPr>
              <w:spacing w:after="0"/>
            </w:pPr>
          </w:p>
        </w:tc>
      </w:tr>
      <w:tr w:rsidR="00B07028" w:rsidTr="00E656AA" w14:paraId="7D402DCB" w14:textId="77777777">
        <w:trPr>
          <w:gridAfter w:val="1"/>
          <w:wAfter w:w="14" w:type="dxa"/>
          <w:jc w:val="center"/>
        </w:trPr>
        <w:tc>
          <w:tcPr>
            <w:tcW w:w="10098" w:type="dxa"/>
            <w:tcBorders>
              <w:bottom w:val="single" w:color="666666" w:sz="6" w:space="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07028" w:rsidRDefault="00B07028" w14:paraId="5121156F" w14:textId="77777777">
            <w:pPr>
              <w:spacing w:after="0"/>
            </w:pPr>
          </w:p>
        </w:tc>
      </w:tr>
      <w:tr w:rsidR="00B07028" w:rsidTr="00E656AA" w14:paraId="3D022A6F" w14:textId="77777777">
        <w:trPr>
          <w:gridAfter w:val="1"/>
          <w:wAfter w:w="14" w:type="dxa"/>
          <w:jc w:val="center"/>
        </w:trPr>
        <w:tc>
          <w:tcPr>
            <w:tcW w:w="10098" w:type="dxa"/>
            <w:tcBorders>
              <w:bottom w:val="single" w:color="666666" w:sz="6" w:space="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07028" w:rsidRDefault="00B07028" w14:paraId="38194894" w14:textId="77777777">
            <w:pPr>
              <w:spacing w:after="0"/>
            </w:pPr>
          </w:p>
        </w:tc>
      </w:tr>
      <w:tr w:rsidR="00B07028" w:rsidTr="00E656AA" w14:paraId="5998A3A3" w14:textId="77777777">
        <w:trPr>
          <w:gridAfter w:val="1"/>
          <w:wAfter w:w="14" w:type="dxa"/>
          <w:jc w:val="center"/>
        </w:trPr>
        <w:tc>
          <w:tcPr>
            <w:tcW w:w="10098" w:type="dxa"/>
            <w:tcBorders>
              <w:bottom w:val="single" w:color="666666" w:sz="6" w:space="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07028" w:rsidRDefault="00B07028" w14:paraId="2C5BD21E" w14:textId="77777777">
            <w:pPr>
              <w:spacing w:after="0"/>
            </w:pPr>
          </w:p>
        </w:tc>
      </w:tr>
      <w:tr w:rsidR="00B07028" w:rsidTr="00E656AA" w14:paraId="7AA6D3B9" w14:textId="77777777">
        <w:trPr>
          <w:gridAfter w:val="1"/>
          <w:wAfter w:w="14" w:type="dxa"/>
          <w:jc w:val="center"/>
        </w:trPr>
        <w:tc>
          <w:tcPr>
            <w:tcW w:w="10098" w:type="dxa"/>
            <w:tcBorders>
              <w:bottom w:val="single" w:color="666666" w:sz="6" w:space="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07028" w:rsidRDefault="00B07028" w14:paraId="2621D2F5" w14:textId="77777777">
            <w:pPr>
              <w:spacing w:after="0"/>
            </w:pPr>
          </w:p>
        </w:tc>
      </w:tr>
      <w:tr w:rsidR="00B07028" w:rsidTr="00E656AA" w14:paraId="5D215E80" w14:textId="77777777">
        <w:trPr>
          <w:gridAfter w:val="1"/>
          <w:wAfter w:w="14" w:type="dxa"/>
          <w:jc w:val="center"/>
        </w:trPr>
        <w:tc>
          <w:tcPr>
            <w:tcW w:w="10098" w:type="dxa"/>
            <w:tcBorders>
              <w:bottom w:val="single" w:color="666666" w:sz="6" w:space="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07028" w:rsidRDefault="00B07028" w14:paraId="656E8CED" w14:textId="77777777">
            <w:pPr>
              <w:spacing w:after="0"/>
            </w:pPr>
          </w:p>
        </w:tc>
      </w:tr>
      <w:tr w:rsidR="00B07028" w:rsidTr="00E656AA" w14:paraId="675FC03C" w14:textId="77777777">
        <w:trPr>
          <w:gridAfter w:val="1"/>
          <w:wAfter w:w="14" w:type="dxa"/>
          <w:jc w:val="center"/>
        </w:trPr>
        <w:tc>
          <w:tcPr>
            <w:tcW w:w="10098" w:type="dxa"/>
            <w:tcBorders>
              <w:bottom w:val="single" w:color="666666" w:sz="6" w:space="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07028" w:rsidRDefault="00B07028" w14:paraId="1CFB14F5" w14:textId="77777777">
            <w:pPr>
              <w:spacing w:after="0"/>
            </w:pPr>
          </w:p>
        </w:tc>
      </w:tr>
      <w:tr w:rsidR="00B07028" w:rsidTr="00E656AA" w14:paraId="3C62FC0F" w14:textId="77777777">
        <w:trPr>
          <w:gridAfter w:val="1"/>
          <w:wAfter w:w="14" w:type="dxa"/>
          <w:jc w:val="center"/>
        </w:trPr>
        <w:tc>
          <w:tcPr>
            <w:tcW w:w="10098" w:type="dxa"/>
            <w:tcBorders>
              <w:bottom w:val="single" w:color="666666" w:sz="6" w:space="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07028" w:rsidRDefault="00B07028" w14:paraId="4FBA6289" w14:textId="77777777">
            <w:pPr>
              <w:spacing w:after="0"/>
            </w:pPr>
          </w:p>
        </w:tc>
      </w:tr>
      <w:tr w:rsidR="00B07028" w:rsidTr="00E656AA" w14:paraId="1E0BE6DE" w14:textId="77777777">
        <w:trPr>
          <w:gridAfter w:val="1"/>
          <w:wAfter w:w="14" w:type="dxa"/>
          <w:jc w:val="center"/>
        </w:trPr>
        <w:tc>
          <w:tcPr>
            <w:tcW w:w="10098" w:type="dxa"/>
            <w:tcBorders>
              <w:bottom w:val="single" w:color="666666" w:sz="6" w:space="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07028" w:rsidRDefault="00B07028" w14:paraId="2E58C1B4" w14:textId="77777777">
            <w:pPr>
              <w:spacing w:after="0"/>
            </w:pPr>
          </w:p>
        </w:tc>
      </w:tr>
      <w:tr w:rsidR="00B07028" w:rsidTr="00E656AA" w14:paraId="6874DB68" w14:textId="77777777">
        <w:trPr>
          <w:gridAfter w:val="1"/>
          <w:wAfter w:w="14" w:type="dxa"/>
          <w:jc w:val="center"/>
        </w:trPr>
        <w:tc>
          <w:tcPr>
            <w:tcW w:w="10098" w:type="dxa"/>
            <w:tcBorders>
              <w:bottom w:val="single" w:color="666666" w:sz="6" w:space="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07028" w:rsidRDefault="00B07028" w14:paraId="483305DD" w14:textId="77777777">
            <w:pPr>
              <w:spacing w:after="0"/>
            </w:pPr>
          </w:p>
        </w:tc>
      </w:tr>
      <w:tr w:rsidR="00B07028" w:rsidTr="00E656AA" w14:paraId="07B29AB4" w14:textId="77777777">
        <w:trPr>
          <w:gridAfter w:val="1"/>
          <w:wAfter w:w="14" w:type="dxa"/>
          <w:jc w:val="center"/>
        </w:trPr>
        <w:tc>
          <w:tcPr>
            <w:tcW w:w="10098" w:type="dxa"/>
            <w:tcBorders>
              <w:bottom w:val="single" w:color="666666" w:sz="6" w:space="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07028" w:rsidRDefault="00B07028" w14:paraId="5C000452" w14:textId="77777777">
            <w:pPr>
              <w:spacing w:after="0"/>
            </w:pPr>
          </w:p>
        </w:tc>
      </w:tr>
      <w:tr w:rsidR="00B07028" w:rsidTr="00E656AA" w14:paraId="100BD210" w14:textId="77777777">
        <w:trPr>
          <w:gridAfter w:val="1"/>
          <w:wAfter w:w="14" w:type="dxa"/>
          <w:jc w:val="center"/>
        </w:trPr>
        <w:tc>
          <w:tcPr>
            <w:tcW w:w="10098" w:type="dxa"/>
            <w:tcBorders>
              <w:bottom w:val="single" w:color="666666" w:sz="6" w:space="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07028" w:rsidRDefault="00B07028" w14:paraId="2A656CCE" w14:textId="77777777">
            <w:pPr>
              <w:spacing w:after="0"/>
            </w:pPr>
          </w:p>
        </w:tc>
      </w:tr>
      <w:tr w:rsidR="00DC63B5" w:rsidTr="00E656AA" w14:paraId="2DDB483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112" w:type="dxa"/>
            <w:gridSpan w:val="2"/>
            <w:shd w:val="clear" w:color="auto" w:fill="17365D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DC63B5" w:rsidRDefault="00000000" w14:paraId="30865E45" w14:textId="77777777">
            <w:pPr>
              <w:spacing w:after="0"/>
            </w:pPr>
            <w:r>
              <w:rPr>
                <w:b/>
                <w:color w:val="FFFFFF"/>
              </w:rPr>
              <w:t>REFERRAL SOURCE (IF APPLICABLE)</w:t>
            </w:r>
          </w:p>
        </w:tc>
      </w:tr>
    </w:tbl>
    <w:p w:rsidR="003A3845" w:rsidP="00A7195C" w:rsidRDefault="003A3845" w14:paraId="2682EBAA" w14:textId="605FFA38">
      <w:pPr>
        <w:spacing w:after="120"/>
        <w:ind w:left="187"/>
      </w:pPr>
      <w:r>
        <w:t>Name:</w:t>
      </w:r>
      <w:r>
        <w:tab/>
      </w:r>
      <w:r>
        <w:t>________________________________________________________________________</w:t>
      </w:r>
    </w:p>
    <w:p w:rsidR="003A3845" w:rsidP="00A7195C" w:rsidRDefault="003A3845" w14:paraId="079790E2" w14:textId="1E55E5DC">
      <w:pPr>
        <w:spacing w:after="120"/>
        <w:ind w:left="187"/>
      </w:pPr>
      <w:r>
        <w:t>Organization and title: ________________________________________________________________</w:t>
      </w:r>
    </w:p>
    <w:p w:rsidR="00DC63B5" w:rsidP="00A7195C" w:rsidRDefault="003A3845" w14:paraId="506E6D4D" w14:textId="1B78F5C0">
      <w:pPr>
        <w:spacing w:after="120"/>
        <w:ind w:left="187"/>
      </w:pPr>
      <w:r>
        <w:t>Telephone:</w:t>
      </w:r>
      <w:r>
        <w:tab/>
      </w:r>
      <w:r>
        <w:t>____________________________</w:t>
      </w:r>
      <w:r w:rsidR="00A7195C">
        <w:t xml:space="preserve"> </w:t>
      </w:r>
      <w:r>
        <w:t>Email:</w:t>
      </w:r>
      <w:r>
        <w:tab/>
      </w:r>
      <w:r>
        <w:t>______________</w:t>
      </w:r>
      <w:r w:rsidR="00A7195C">
        <w:t>_________</w:t>
      </w:r>
      <w:r>
        <w:t>_____________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DC63B5" w14:paraId="28BE443F" w14:textId="77777777">
        <w:trPr>
          <w:jc w:val="center"/>
        </w:trPr>
        <w:tc>
          <w:tcPr>
            <w:tcW w:w="10080" w:type="dxa"/>
            <w:shd w:val="clear" w:color="auto" w:fill="17365D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DC63B5" w:rsidRDefault="00000000" w14:paraId="75D93474" w14:textId="77777777">
            <w:pPr>
              <w:spacing w:after="0"/>
            </w:pPr>
            <w:r>
              <w:rPr>
                <w:b/>
                <w:color w:val="FFFFFF"/>
              </w:rPr>
              <w:t>CONSENT AND CERTIFICATION</w:t>
            </w:r>
          </w:p>
        </w:tc>
      </w:tr>
    </w:tbl>
    <w:p w:rsidR="00DC63B5" w:rsidP="003A3845" w:rsidRDefault="00000000" w14:paraId="71200AE6" w14:textId="29A36AB5">
      <w:pPr>
        <w:ind w:left="180"/>
      </w:pPr>
      <w:r>
        <w:t xml:space="preserve">I certify that the information in this application is accurate and complete to the best of my knowledge. I understand that </w:t>
      </w:r>
      <w:r w:rsidR="003617E6">
        <w:t>applying</w:t>
      </w:r>
      <w:r>
        <w:t xml:space="preserve"> does not guarantee assistance and that a scholarship may be discontinued if information is found to be inaccurate or eligibility changes. I authorize Alzheimer's of Central Alabama to verify information relevant to eligibility and to share the minimum information necessary with its Scholarship Committee and approved providers for scholarship administration.</w:t>
      </w:r>
    </w:p>
    <w:p w:rsidR="00D216DD" w:rsidP="00A7195C" w:rsidRDefault="00A7195C" w14:paraId="51BF83F4" w14:textId="7FC92935">
      <w:pPr>
        <w:tabs>
          <w:tab w:val="left" w:pos="990"/>
        </w:tabs>
        <w:spacing w:after="0"/>
        <w:ind w:left="1080" w:hanging="360"/>
      </w:pP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t>I understand that I must notify ACA if the applicant’s address, caregiver, service provider, income, benefits, or need for assistance changes.</w:t>
      </w:r>
    </w:p>
    <w:p w:rsidR="00A7195C" w:rsidP="00A7195C" w:rsidRDefault="00A7195C" w14:paraId="34AF2182" w14:textId="633ECB97">
      <w:pPr>
        <w:tabs>
          <w:tab w:val="left" w:pos="990"/>
        </w:tabs>
        <w:spacing w:after="0"/>
        <w:ind w:left="1080" w:hanging="360"/>
      </w:pP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t>I understand that scholarships are subject to available funding, continued eligibility, and review.</w:t>
      </w:r>
    </w:p>
    <w:p w:rsidR="00A7195C" w:rsidP="00A7195C" w:rsidRDefault="00A7195C" w14:paraId="09D294D5" w14:textId="7B154AED">
      <w:pPr>
        <w:tabs>
          <w:tab w:val="left" w:pos="990"/>
        </w:tabs>
        <w:spacing w:after="0"/>
        <w:ind w:left="1080" w:hanging="360"/>
      </w:pP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t>I confirm all applicable questions are answered, the requested program sections are complete, and the certification is signed.</w:t>
      </w:r>
    </w:p>
    <w:p w:rsidR="00D216DD" w:rsidP="00A7195C" w:rsidRDefault="00A7195C" w14:paraId="239E4971" w14:textId="40A35342">
      <w:pPr>
        <w:tabs>
          <w:tab w:val="left" w:pos="990"/>
        </w:tabs>
        <w:spacing w:after="0"/>
        <w:ind w:left="1080" w:hanging="360"/>
      </w:pP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t>I would like to be added to the weekly ACA newsletter.</w:t>
      </w:r>
    </w:p>
    <w:p w:rsidR="00217156" w:rsidP="4ABEB8C6" w:rsidRDefault="00217156" w14:paraId="6895A72A" w14:textId="3B360D05">
      <w:pPr>
        <w:spacing w:before="120" w:line="276" w:lineRule="auto"/>
        <w:ind w:left="187"/>
      </w:pPr>
      <w:r w:rsidR="00217156">
        <w:rPr/>
        <w:t>Printed name of primary caregiver:</w:t>
      </w:r>
      <w:r>
        <w:tab/>
      </w:r>
      <w:r w:rsidR="00217156">
        <w:rPr/>
        <w:t xml:space="preserve"> _____________________________________________________</w:t>
      </w:r>
    </w:p>
    <w:p w:rsidR="00217156" w:rsidP="4ABEB8C6" w:rsidRDefault="00217156" w14:paraId="7C92F223" w14:textId="6894A5A4">
      <w:pPr>
        <w:spacing w:line="276" w:lineRule="auto"/>
        <w:ind w:left="180"/>
      </w:pPr>
      <w:r w:rsidR="00217156">
        <w:rPr/>
        <w:t xml:space="preserve">Signature </w:t>
      </w:r>
      <w:r w:rsidR="009E47BA">
        <w:rPr/>
        <w:t xml:space="preserve">of </w:t>
      </w:r>
      <w:r w:rsidR="00217156">
        <w:rPr/>
        <w:t>primary caregiver:</w:t>
      </w:r>
      <w:r>
        <w:tab/>
      </w:r>
      <w:r w:rsidR="00217156">
        <w:rPr/>
        <w:t>__________________________________</w:t>
      </w:r>
      <w:r w:rsidR="00D216DD">
        <w:rPr/>
        <w:t xml:space="preserve"> </w:t>
      </w:r>
      <w:r w:rsidR="00217156">
        <w:rPr/>
        <w:t>Date:</w:t>
      </w:r>
      <w:r w:rsidR="00D216DD">
        <w:rPr/>
        <w:t xml:space="preserve"> </w:t>
      </w:r>
      <w:r w:rsidR="00217156">
        <w:rPr/>
        <w:t>______________</w:t>
      </w:r>
    </w:p>
    <w:p w:rsidR="00217156" w:rsidP="4ABEB8C6" w:rsidRDefault="00217156" w14:paraId="6A44E034" w14:textId="17AE6F74">
      <w:pPr>
        <w:spacing w:line="276" w:lineRule="auto"/>
        <w:ind w:left="180"/>
      </w:pPr>
      <w:r w:rsidR="00217156">
        <w:rPr/>
        <w:t>Name of person living with dementia: __________________________________________________</w:t>
      </w:r>
    </w:p>
    <w:p w:rsidR="00A7195C" w:rsidP="00A7195C" w:rsidRDefault="00000000" w14:paraId="786C534E" w14:textId="77777777">
      <w:pPr>
        <w:spacing w:after="0"/>
        <w:ind w:left="180"/>
      </w:pPr>
      <w:r w:rsidRPr="00A7195C">
        <w:rPr>
          <w:b/>
          <w:bCs/>
        </w:rPr>
        <w:t>Return completed applications to</w:t>
      </w:r>
      <w:r>
        <w:t xml:space="preserve"> Alzheimer's of Central Alabama</w:t>
      </w:r>
      <w:r w:rsidR="00217156">
        <w:t xml:space="preserve"> by</w:t>
      </w:r>
      <w:r w:rsidR="00A7195C">
        <w:t xml:space="preserve"> </w:t>
      </w:r>
      <w:r w:rsidR="00217156">
        <w:t xml:space="preserve">email </w:t>
      </w:r>
      <w:hyperlink w:history="1" r:id="rId9">
        <w:r w:rsidRPr="000B63AB" w:rsidR="00A7195C">
          <w:rPr>
            <w:rStyle w:val="Hyperlink"/>
          </w:rPr>
          <w:t>aca@alzca.org</w:t>
        </w:r>
      </w:hyperlink>
      <w:r w:rsidR="00217156">
        <w:t xml:space="preserve"> </w:t>
      </w:r>
    </w:p>
    <w:p w:rsidR="00DC63B5" w:rsidP="00A7195C" w:rsidRDefault="00217156" w14:paraId="405350FB" w14:textId="1186B8CD">
      <w:pPr>
        <w:spacing w:after="0"/>
        <w:ind w:left="180"/>
      </w:pPr>
      <w:r>
        <w:t xml:space="preserve">or mail </w:t>
      </w:r>
      <w:r w:rsidR="00A7195C">
        <w:t xml:space="preserve">Alzheimer’s of Central Alabama, </w:t>
      </w:r>
      <w:r>
        <w:t>PO Box 2273, Birmingham, AL 35201-2273.</w:t>
      </w:r>
    </w:p>
    <w:sectPr w:rsidR="00DC63B5" w:rsidSect="00ED00AF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orient="portrait"/>
      <w:pgMar w:top="864" w:right="1008" w:bottom="864" w:left="1008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4B14BB" w:rsidRDefault="004B14BB" w14:paraId="5EFBBCD0" w14:textId="77777777">
      <w:pPr>
        <w:spacing w:after="0" w:line="240" w:lineRule="auto"/>
      </w:pPr>
      <w:r>
        <w:separator/>
      </w:r>
    </w:p>
  </w:endnote>
  <w:endnote w:type="continuationSeparator" w:id="0">
    <w:p w:rsidR="004B14BB" w:rsidRDefault="004B14BB" w14:paraId="33F471F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105251304"/>
      <w:docPartObj>
        <w:docPartGallery w:val="Page Numbers (Bottom of Page)"/>
        <w:docPartUnique/>
      </w:docPartObj>
    </w:sdtPr>
    <w:sdtContent>
      <w:p w:rsidR="000B73B7" w:rsidP="000B63AB" w:rsidRDefault="000B73B7" w14:paraId="58D3A5AF" w14:textId="60B09613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0B73B7" w:rsidP="000B73B7" w:rsidRDefault="000B73B7" w14:paraId="206512E5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color w:val="1F497D" w:themeColor="text2"/>
      </w:rPr>
      <w:id w:val="-605264516"/>
      <w:docPartObj>
        <w:docPartGallery w:val="Page Numbers (Bottom of Page)"/>
        <w:docPartUnique/>
      </w:docPartObj>
    </w:sdtPr>
    <w:sdtContent>
      <w:p w:rsidRPr="000B73B7" w:rsidR="000B73B7" w:rsidP="000B63AB" w:rsidRDefault="000B73B7" w14:paraId="41E1978A" w14:textId="4E022E26">
        <w:pPr>
          <w:pStyle w:val="Footer"/>
          <w:framePr w:wrap="none" w:hAnchor="margin" w:vAnchor="text" w:xAlign="right" w:y="1"/>
          <w:rPr>
            <w:rStyle w:val="PageNumber"/>
            <w:color w:val="1F497D" w:themeColor="text2"/>
          </w:rPr>
        </w:pPr>
        <w:r w:rsidRPr="000B73B7">
          <w:rPr>
            <w:rStyle w:val="PageNumber"/>
            <w:color w:val="1F497D" w:themeColor="text2"/>
          </w:rPr>
          <w:fldChar w:fldCharType="begin"/>
        </w:r>
        <w:r w:rsidRPr="000B73B7">
          <w:rPr>
            <w:rStyle w:val="PageNumber"/>
            <w:color w:val="1F497D" w:themeColor="text2"/>
          </w:rPr>
          <w:instrText xml:space="preserve"> PAGE </w:instrText>
        </w:r>
        <w:r w:rsidRPr="000B73B7">
          <w:rPr>
            <w:rStyle w:val="PageNumber"/>
            <w:color w:val="1F497D" w:themeColor="text2"/>
          </w:rPr>
          <w:fldChar w:fldCharType="separate"/>
        </w:r>
        <w:r w:rsidRPr="000B73B7">
          <w:rPr>
            <w:rStyle w:val="PageNumber"/>
            <w:noProof/>
            <w:color w:val="1F497D" w:themeColor="text2"/>
          </w:rPr>
          <w:t>1</w:t>
        </w:r>
        <w:r w:rsidRPr="000B73B7">
          <w:rPr>
            <w:rStyle w:val="PageNumber"/>
            <w:color w:val="1F497D" w:themeColor="text2"/>
          </w:rPr>
          <w:fldChar w:fldCharType="end"/>
        </w:r>
      </w:p>
    </w:sdtContent>
    <w:sdtEndPr>
      <w:rPr>
        <w:rStyle w:val="PageNumber"/>
        <w:color w:val="1F497D" w:themeColor="text2" w:themeTint="FF" w:themeShade="FF"/>
      </w:rPr>
    </w:sdtEndPr>
  </w:sdt>
  <w:p w:rsidRPr="000B73B7" w:rsidR="00DC63B5" w:rsidP="00217156" w:rsidRDefault="00000000" w14:paraId="1D087415" w14:textId="77777777">
    <w:pPr>
      <w:pStyle w:val="Footer"/>
      <w:ind w:right="360"/>
      <w:jc w:val="center"/>
      <w:rPr>
        <w:color w:val="1F497D" w:themeColor="text2"/>
      </w:rPr>
    </w:pPr>
    <w:r w:rsidRPr="000B73B7">
      <w:rPr>
        <w:color w:val="1F497D" w:themeColor="text2"/>
      </w:rPr>
      <w:t>Alzheimer's of Central Alabama | 205-871-7970 | www.alzca.org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737A404E" w:rsidP="005A2D5F" w:rsidRDefault="737A404E" w14:paraId="6B840535" w14:textId="0E4C04A5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 w:rsidR="005A2D5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4B14BB" w:rsidRDefault="004B14BB" w14:paraId="1108C1A2" w14:textId="77777777">
      <w:pPr>
        <w:spacing w:after="0" w:line="240" w:lineRule="auto"/>
      </w:pPr>
      <w:r>
        <w:separator/>
      </w:r>
    </w:p>
  </w:footnote>
  <w:footnote w:type="continuationSeparator" w:id="0">
    <w:p w:rsidR="004B14BB" w:rsidRDefault="004B14BB" w14:paraId="4AB2FB2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Pr="00ED00AF" w:rsidR="737A404E" w:rsidP="737A404E" w:rsidRDefault="00ED00AF" w14:paraId="0ABF7F14" w14:textId="7663E28E">
    <w:pPr>
      <w:pStyle w:val="Header"/>
      <w:tabs>
        <w:tab w:val="right" w:pos="10080"/>
      </w:tabs>
      <w:rPr>
        <w:rFonts w:cs="Calibri"/>
        <w:sz w:val="21"/>
        <w:szCs w:val="20"/>
      </w:rPr>
    </w:pPr>
    <w:r w:rsidRPr="00ED00AF">
      <w:rPr>
        <w:rFonts w:cs="Calibri"/>
        <w:sz w:val="21"/>
        <w:szCs w:val="20"/>
      </w:rPr>
      <w:t>Version updated: 07/21/2026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Pr="00496DDB" w:rsidR="00FA4975" w:rsidRDefault="00496DDB" w14:paraId="3C1DEA81" w14:textId="55FD71CB">
    <w:pPr>
      <w:pStyle w:val="Header"/>
      <w:rPr>
        <w:sz w:val="20"/>
        <w:szCs w:val="18"/>
      </w:rPr>
    </w:pPr>
    <w:r>
      <w:rPr>
        <w:sz w:val="20"/>
        <w:szCs w:val="18"/>
      </w:rPr>
      <w:t>V</w:t>
    </w:r>
    <w:r w:rsidRPr="00496DDB">
      <w:rPr>
        <w:sz w:val="20"/>
        <w:szCs w:val="18"/>
      </w:rPr>
      <w:t>ersion</w:t>
    </w:r>
    <w:r>
      <w:rPr>
        <w:sz w:val="20"/>
        <w:szCs w:val="18"/>
      </w:rPr>
      <w:t xml:space="preserve"> updated</w:t>
    </w:r>
    <w:r w:rsidRPr="00496DDB">
      <w:rPr>
        <w:sz w:val="20"/>
        <w:szCs w:val="18"/>
      </w:rPr>
      <w:t>: 07/21/2026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156D376D"/>
    <w:multiLevelType w:val="multilevel"/>
    <w:tmpl w:val="15444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45CD00BD"/>
    <w:multiLevelType w:val="multilevel"/>
    <w:tmpl w:val="107E0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5F296CE6"/>
    <w:multiLevelType w:val="multilevel"/>
    <w:tmpl w:val="E9EA3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7A7D72D8"/>
    <w:multiLevelType w:val="multilevel"/>
    <w:tmpl w:val="14321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869344395">
    <w:abstractNumId w:val="8"/>
  </w:num>
  <w:num w:numId="2" w16cid:durableId="1954744501">
    <w:abstractNumId w:val="6"/>
  </w:num>
  <w:num w:numId="3" w16cid:durableId="1126922612">
    <w:abstractNumId w:val="5"/>
  </w:num>
  <w:num w:numId="4" w16cid:durableId="822626411">
    <w:abstractNumId w:val="4"/>
  </w:num>
  <w:num w:numId="5" w16cid:durableId="498931211">
    <w:abstractNumId w:val="7"/>
  </w:num>
  <w:num w:numId="6" w16cid:durableId="542249614">
    <w:abstractNumId w:val="3"/>
  </w:num>
  <w:num w:numId="7" w16cid:durableId="87582118">
    <w:abstractNumId w:val="2"/>
  </w:num>
  <w:num w:numId="8" w16cid:durableId="622080123">
    <w:abstractNumId w:val="1"/>
  </w:num>
  <w:num w:numId="9" w16cid:durableId="570506425">
    <w:abstractNumId w:val="0"/>
  </w:num>
  <w:num w:numId="10" w16cid:durableId="1668558877">
    <w:abstractNumId w:val="9"/>
  </w:num>
  <w:num w:numId="11" w16cid:durableId="1793549454">
    <w:abstractNumId w:val="12"/>
  </w:num>
  <w:num w:numId="12" w16cid:durableId="326371443">
    <w:abstractNumId w:val="11"/>
  </w:num>
  <w:num w:numId="13" w16cid:durableId="1807507796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179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000"/>
    <w:rsid w:val="00034616"/>
    <w:rsid w:val="0006063C"/>
    <w:rsid w:val="000B73B7"/>
    <w:rsid w:val="0015074B"/>
    <w:rsid w:val="001F4548"/>
    <w:rsid w:val="002002D4"/>
    <w:rsid w:val="00212A96"/>
    <w:rsid w:val="00217156"/>
    <w:rsid w:val="002567D2"/>
    <w:rsid w:val="00295129"/>
    <w:rsid w:val="0029639D"/>
    <w:rsid w:val="00326F90"/>
    <w:rsid w:val="003617E6"/>
    <w:rsid w:val="00392508"/>
    <w:rsid w:val="003A3845"/>
    <w:rsid w:val="003E6AC7"/>
    <w:rsid w:val="00476379"/>
    <w:rsid w:val="00496DDB"/>
    <w:rsid w:val="004B14BB"/>
    <w:rsid w:val="004F1606"/>
    <w:rsid w:val="00535BF1"/>
    <w:rsid w:val="005A2D5F"/>
    <w:rsid w:val="005D1328"/>
    <w:rsid w:val="006138D8"/>
    <w:rsid w:val="006C41F4"/>
    <w:rsid w:val="00832CCE"/>
    <w:rsid w:val="00870A45"/>
    <w:rsid w:val="009009FF"/>
    <w:rsid w:val="009E47BA"/>
    <w:rsid w:val="009F0EF8"/>
    <w:rsid w:val="00A7195C"/>
    <w:rsid w:val="00A8386C"/>
    <w:rsid w:val="00AA1D8D"/>
    <w:rsid w:val="00B02B77"/>
    <w:rsid w:val="00B07028"/>
    <w:rsid w:val="00B47730"/>
    <w:rsid w:val="00CB0664"/>
    <w:rsid w:val="00CB4ADA"/>
    <w:rsid w:val="00D216DD"/>
    <w:rsid w:val="00D517FF"/>
    <w:rsid w:val="00D85D3D"/>
    <w:rsid w:val="00DA661E"/>
    <w:rsid w:val="00DC63B5"/>
    <w:rsid w:val="00E61B37"/>
    <w:rsid w:val="00E656AA"/>
    <w:rsid w:val="00ED00AF"/>
    <w:rsid w:val="00F113BF"/>
    <w:rsid w:val="00FA4975"/>
    <w:rsid w:val="00FB483E"/>
    <w:rsid w:val="00FC693F"/>
    <w:rsid w:val="00FC7553"/>
    <w:rsid w:val="019CDAA2"/>
    <w:rsid w:val="036394ED"/>
    <w:rsid w:val="0487CCC8"/>
    <w:rsid w:val="05D53CE8"/>
    <w:rsid w:val="06D62157"/>
    <w:rsid w:val="07DFAA04"/>
    <w:rsid w:val="096A3DE1"/>
    <w:rsid w:val="0A8A63CC"/>
    <w:rsid w:val="0B30F506"/>
    <w:rsid w:val="0BAC05BD"/>
    <w:rsid w:val="0BE3BAEE"/>
    <w:rsid w:val="0C19E3E0"/>
    <w:rsid w:val="1218CA9B"/>
    <w:rsid w:val="123AD978"/>
    <w:rsid w:val="130F8CB9"/>
    <w:rsid w:val="13290715"/>
    <w:rsid w:val="1410C2FD"/>
    <w:rsid w:val="143FAD20"/>
    <w:rsid w:val="150A6A73"/>
    <w:rsid w:val="17047D9D"/>
    <w:rsid w:val="19214A79"/>
    <w:rsid w:val="1AB2D54A"/>
    <w:rsid w:val="1EC3A3A3"/>
    <w:rsid w:val="1FAC7A15"/>
    <w:rsid w:val="1FD73CC4"/>
    <w:rsid w:val="2158D101"/>
    <w:rsid w:val="2210CD94"/>
    <w:rsid w:val="2264E43E"/>
    <w:rsid w:val="246E777D"/>
    <w:rsid w:val="248D6EBF"/>
    <w:rsid w:val="2A09A7E5"/>
    <w:rsid w:val="2F27ACF5"/>
    <w:rsid w:val="31981DCD"/>
    <w:rsid w:val="32361B1A"/>
    <w:rsid w:val="35A8551A"/>
    <w:rsid w:val="3C6837B7"/>
    <w:rsid w:val="3D5544AA"/>
    <w:rsid w:val="3E505046"/>
    <w:rsid w:val="3EA3959C"/>
    <w:rsid w:val="3F0A4949"/>
    <w:rsid w:val="411D712B"/>
    <w:rsid w:val="44959837"/>
    <w:rsid w:val="44FA623A"/>
    <w:rsid w:val="490CF93B"/>
    <w:rsid w:val="4ABEB8C6"/>
    <w:rsid w:val="4BF9E926"/>
    <w:rsid w:val="4EBCD212"/>
    <w:rsid w:val="5242D4F7"/>
    <w:rsid w:val="54231D1B"/>
    <w:rsid w:val="567BAD55"/>
    <w:rsid w:val="57854FAF"/>
    <w:rsid w:val="586D1FF2"/>
    <w:rsid w:val="5AED88BF"/>
    <w:rsid w:val="5EFF1BC6"/>
    <w:rsid w:val="6019458D"/>
    <w:rsid w:val="61B8C201"/>
    <w:rsid w:val="63582D15"/>
    <w:rsid w:val="656991BA"/>
    <w:rsid w:val="65BCA7B8"/>
    <w:rsid w:val="66061AC5"/>
    <w:rsid w:val="665DEE4F"/>
    <w:rsid w:val="6720D124"/>
    <w:rsid w:val="684EFEF7"/>
    <w:rsid w:val="68AC01DC"/>
    <w:rsid w:val="69E508B6"/>
    <w:rsid w:val="6A8C00B1"/>
    <w:rsid w:val="6AB62399"/>
    <w:rsid w:val="6BE4B69D"/>
    <w:rsid w:val="737A404E"/>
    <w:rsid w:val="7381B4F5"/>
    <w:rsid w:val="74F6621F"/>
    <w:rsid w:val="75062C5E"/>
    <w:rsid w:val="788E96D6"/>
    <w:rsid w:val="7C1EECE7"/>
    <w:rsid w:val="7C968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AA4BB2"/>
  <w14:defaultImageDpi w14:val="300"/>
  <w15:docId w15:val="{1F77D863-7E63-BD4B-8C77-719C21C63B7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spacing w:after="80" w:line="252" w:lineRule="auto"/>
    </w:pPr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FFFFF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40" w:line="240" w:lineRule="auto"/>
      <w:contextualSpacing/>
      <w:jc w:val="center"/>
    </w:pPr>
    <w:rPr>
      <w:rFonts w:asciiTheme="majorHAnsi" w:hAnsiTheme="majorHAnsi" w:eastAsiaTheme="majorEastAsia" w:cstheme="majorBidi"/>
      <w:b/>
      <w:color w:val="17365D"/>
      <w:spacing w:val="5"/>
      <w:kern w:val="28"/>
      <w:sz w:val="36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  <w:jc w:val="center"/>
    </w:pPr>
    <w:rPr>
      <w:rFonts w:asciiTheme="majorHAnsi" w:hAnsiTheme="majorHAnsi" w:eastAsiaTheme="majorEastAsia" w:cstheme="majorBidi"/>
      <w:b/>
      <w:i/>
      <w:iCs/>
      <w:color w:val="B32025"/>
      <w:spacing w:val="15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7637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6379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0B7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mailto:aca@alzca.org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493C01D1A28F499385C686F08405A9" ma:contentTypeVersion="11" ma:contentTypeDescription="Create a new document." ma:contentTypeScope="" ma:versionID="97d643b601645dfe9af976563b859fec">
  <xsd:schema xmlns:xsd="http://www.w3.org/2001/XMLSchema" xmlns:xs="http://www.w3.org/2001/XMLSchema" xmlns:p="http://schemas.microsoft.com/office/2006/metadata/properties" xmlns:ns2="438d5152-2fb9-4180-ba76-ab72a321ad63" xmlns:ns3="b4cf5563-5cb7-46d0-8154-1f7e9520590f" targetNamespace="http://schemas.microsoft.com/office/2006/metadata/properties" ma:root="true" ma:fieldsID="1373f4982789903e29a121f581297480" ns2:_="" ns3:_="">
    <xsd:import namespace="438d5152-2fb9-4180-ba76-ab72a321ad63"/>
    <xsd:import namespace="b4cf5563-5cb7-46d0-8154-1f7e952059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8d5152-2fb9-4180-ba76-ab72a321a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30e3e93-92eb-4d7b-ab0a-556b51166c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f5563-5cb7-46d0-8154-1f7e952059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f35adba-2f69-4490-9f43-bc3fed4ee787}" ma:internalName="TaxCatchAll" ma:showField="CatchAllData" ma:web="b4cf5563-5cb7-46d0-8154-1f7e952059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cf5563-5cb7-46d0-8154-1f7e9520590f" xsi:nil="true"/>
    <lcf76f155ced4ddcb4097134ff3c332f xmlns="438d5152-2fb9-4180-ba76-ab72a321ad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F2842F-F1E9-4414-8E33-9CACC58C0AAC}"/>
</file>

<file path=customXml/itemProps3.xml><?xml version="1.0" encoding="utf-8"?>
<ds:datastoreItem xmlns:ds="http://schemas.openxmlformats.org/officeDocument/2006/customXml" ds:itemID="{53E4B36A-B64D-459B-A662-58E227F7DB52}"/>
</file>

<file path=customXml/itemProps4.xml><?xml version="1.0" encoding="utf-8"?>
<ds:datastoreItem xmlns:ds="http://schemas.openxmlformats.org/officeDocument/2006/customXml" ds:itemID="{C9354AD9-316B-4D78-BF20-410BF5ECE64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 Family Support Scholarship Application</dc:title>
  <dc:subject/>
  <dc:creator>Alzheimer's of Central Alabama</dc:creator>
  <cp:keywords/>
  <dc:description>generated by python-docx</dc:description>
  <cp:lastModifiedBy>Melanie Mitros</cp:lastModifiedBy>
  <cp:revision>21</cp:revision>
  <cp:lastPrinted>2026-07-21T23:13:00Z</cp:lastPrinted>
  <dcterms:created xsi:type="dcterms:W3CDTF">2013-12-23T23:15:00Z</dcterms:created>
  <dcterms:modified xsi:type="dcterms:W3CDTF">2026-08-18T15:20:19Z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0x0101001A493C01D1A28F499385C686F08405A9</vt:lpwstr>
  </property>
</Properties>
</file>